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微软雅黑" w:hAnsi="微软雅黑" w:eastAsia="微软雅黑"/>
          <w:b/>
          <w:sz w:val="44"/>
        </w:rPr>
        <w:t>SiteStats 网站统计平台</w:t>
      </w:r>
    </w:p>
    <w:p>
      <w:pPr>
        <w:jc w:val="center"/>
      </w:pPr>
      <w:r>
        <w:rPr>
          <w:rFonts w:ascii="微软雅黑" w:hAnsi="微软雅黑" w:eastAsia="微软雅黑"/>
          <w:b/>
          <w:color w:val="C01B13"/>
          <w:sz w:val="30"/>
        </w:rPr>
        <w:t>项目文档</w:t>
      </w:r>
    </w:p>
    <w:p>
      <w:pPr>
        <w:jc w:val="center"/>
      </w:pPr>
      <w:r>
        <w:rPr>
          <w:rFonts w:ascii="微软雅黑" w:hAnsi="微软雅黑" w:eastAsia="微软雅黑"/>
          <w:b w:val="0"/>
          <w:sz w:val="21"/>
        </w:rPr>
        <w:t>独立免费项目 · 适用于宝塔 Linux 面板服务器 · 2026-09-24</w:t>
      </w:r>
    </w:p>
    <w:p/>
    <w:p>
      <w:pPr>
        <w:pStyle w:val="Heading1"/>
        <w:spacing w:before="200" w:after="100"/>
      </w:pPr>
      <w:r>
        <w:rPr>
          <w:rFonts w:ascii="微软雅黑" w:hAnsi="微软雅黑" w:eastAsia="微软雅黑"/>
          <w:b/>
          <w:sz w:val="34"/>
        </w:rPr>
        <w:t>SiteStats 网站统计 · 安装手册</w:t>
      </w:r>
    </w:p>
    <w:p>
      <w:r>
        <w:rPr>
          <w:rFonts w:ascii="微软雅黑" w:hAnsi="微软雅黑" w:eastAsia="微软雅黑"/>
          <w:b w:val="0"/>
          <w:color w:val="666E7D"/>
          <w:sz w:val="19"/>
        </w:rPr>
        <w:t>适用：宝塔面板（Linux）+ nginx 的服务器；支持 x86_64 与 arm64。</w:t>
      </w:r>
    </w:p>
    <w:p>
      <w:r>
        <w:rPr>
          <w:rFonts w:ascii="微软雅黑" w:hAnsi="微软雅黑" w:eastAsia="微软雅黑"/>
          <w:b w:val="0"/>
          <w:color w:val="666E7D"/>
          <w:sz w:val="19"/>
        </w:rPr>
        <w:t>权限要求：root。安装完只占一个二进制 + 一个数据库目录，不动站点主配置。</w:t>
      </w:r>
    </w:p>
    <w:p/>
    <w:p>
      <w:pPr>
        <w:pStyle w:val="Heading2"/>
        <w:spacing w:before="200" w:after="100"/>
      </w:pPr>
      <w:r>
        <w:rPr>
          <w:rFonts w:ascii="微软雅黑" w:hAnsi="微软雅黑" w:eastAsia="微软雅黑"/>
          <w:b/>
          <w:sz w:val="28"/>
        </w:rPr>
        <w:t>一、前置条件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shd w:val="clear" w:fill="F2D6D3"/>
          </w:tcPr>
          <w:p>
            <w:pPr>
              <w:spacing w:before="40" w:after="40"/>
            </w:pPr>
            <w:r>
              <w:rPr>
                <w:rFonts w:ascii="微软雅黑" w:hAnsi="微软雅黑" w:eastAsia="微软雅黑"/>
                <w:b/>
                <w:sz w:val="18"/>
              </w:rPr>
              <w:t>项</w:t>
            </w:r>
          </w:p>
        </w:tc>
        <w:tc>
          <w:tcPr>
            <w:tcW w:type="dxa" w:w="4986"/>
            <w:shd w:val="clear" w:fill="F2D6D3"/>
          </w:tcPr>
          <w:p>
            <w:pPr>
              <w:spacing w:before="40" w:after="40"/>
            </w:pPr>
            <w:r>
              <w:rPr>
                <w:rFonts w:ascii="微软雅黑" w:hAnsi="微软雅黑" w:eastAsia="微软雅黑"/>
                <w:b/>
                <w:sz w:val="18"/>
              </w:rPr>
              <w:t>要求</w:t>
            </w:r>
          </w:p>
        </w:tc>
      </w:tr>
      <w:tr>
        <w:tc>
          <w:tcPr>
            <w:tcW w:type="dxa" w:w="4986"/>
          </w:tcPr>
          <w:p>
            <w:pPr>
              <w:spacing w:before="40" w:after="40"/>
            </w:pPr>
            <w:r>
              <w:rPr>
                <w:rFonts w:ascii="微软雅黑" w:hAnsi="微软雅黑" w:eastAsia="微软雅黑"/>
                <w:b w:val="0"/>
                <w:sz w:val="18"/>
              </w:rPr>
              <w:t>系统</w:t>
            </w:r>
          </w:p>
        </w:tc>
        <w:tc>
          <w:tcPr>
            <w:tcW w:type="dxa" w:w="4986"/>
          </w:tcPr>
          <w:p>
            <w:pPr>
              <w:spacing w:before="40" w:after="40"/>
            </w:pPr>
            <w:r>
              <w:rPr>
                <w:rFonts w:ascii="微软雅黑" w:hAnsi="微软雅黑" w:eastAsia="微软雅黑"/>
                <w:b w:val="0"/>
                <w:sz w:val="18"/>
              </w:rPr>
              <w:t>Linux（CentOS / Ubuntu / Debian / 麒麟等均可），x86_64 或 arm64</w:t>
            </w:r>
          </w:p>
        </w:tc>
      </w:tr>
      <w:tr>
        <w:tc>
          <w:tcPr>
            <w:tcW w:type="dxa" w:w="4986"/>
          </w:tcPr>
          <w:p>
            <w:pPr>
              <w:spacing w:before="40" w:after="40"/>
            </w:pPr>
            <w:r>
              <w:rPr>
                <w:rFonts w:ascii="微软雅黑" w:hAnsi="微软雅黑" w:eastAsia="微软雅黑"/>
                <w:b w:val="0"/>
                <w:sz w:val="18"/>
              </w:rPr>
              <w:t>面板</w:t>
            </w:r>
          </w:p>
        </w:tc>
        <w:tc>
          <w:tcPr>
            <w:tcW w:type="dxa" w:w="4986"/>
          </w:tcPr>
          <w:p>
            <w:pPr>
              <w:spacing w:before="40" w:after="40"/>
            </w:pPr>
            <w:r>
              <w:rPr>
                <w:rFonts w:ascii="微软雅黑" w:hAnsi="微软雅黑" w:eastAsia="微软雅黑"/>
                <w:b w:val="0"/>
                <w:sz w:val="18"/>
              </w:rPr>
              <w:t>宝塔面板 + nginx（宝塔自带），站点已能正常访问</w:t>
            </w:r>
          </w:p>
        </w:tc>
      </w:tr>
      <w:tr>
        <w:tc>
          <w:tcPr>
            <w:tcW w:type="dxa" w:w="4986"/>
          </w:tcPr>
          <w:p>
            <w:pPr>
              <w:spacing w:before="40" w:after="40"/>
            </w:pPr>
            <w:r>
              <w:rPr>
                <w:rFonts w:ascii="微软雅黑" w:hAnsi="微软雅黑" w:eastAsia="微软雅黑"/>
                <w:b w:val="0"/>
                <w:sz w:val="18"/>
              </w:rPr>
              <w:t>权限</w:t>
            </w:r>
          </w:p>
        </w:tc>
        <w:tc>
          <w:tcPr>
            <w:tcW w:type="dxa" w:w="4986"/>
          </w:tcPr>
          <w:p>
            <w:pPr>
              <w:spacing w:before="40" w:after="40"/>
            </w:pPr>
            <w:r>
              <w:rPr>
                <w:rFonts w:ascii="微软雅黑" w:hAnsi="微软雅黑" w:eastAsia="微软雅黑"/>
                <w:b/>
                <w:sz w:val="18"/>
              </w:rPr>
              <w:t>必须 root</w:t>
            </w:r>
            <w:r>
              <w:rPr>
                <w:rFonts w:ascii="微软雅黑" w:hAnsi="微软雅黑" w:eastAsia="微软雅黑"/>
                <w:b w:val="0"/>
                <w:sz w:val="18"/>
              </w:rPr>
              <w:t>（写 /usr/local、/etc/systemd/system、改 nginx 注入都需要；脚本开头会自检，不是 root 会直接提示退出）</w:t>
            </w:r>
          </w:p>
        </w:tc>
      </w:tr>
      <w:tr>
        <w:tc>
          <w:tcPr>
            <w:tcW w:type="dxa" w:w="4986"/>
          </w:tcPr>
          <w:p>
            <w:pPr>
              <w:spacing w:before="40" w:after="40"/>
            </w:pPr>
            <w:r>
              <w:rPr>
                <w:rFonts w:ascii="微软雅黑" w:hAnsi="微软雅黑" w:eastAsia="微软雅黑"/>
                <w:b w:val="0"/>
                <w:sz w:val="18"/>
              </w:rPr>
              <w:t>磁盘</w:t>
            </w:r>
          </w:p>
        </w:tc>
        <w:tc>
          <w:tcPr>
            <w:tcW w:type="dxa" w:w="4986"/>
          </w:tcPr>
          <w:p>
            <w:pPr>
              <w:spacing w:before="40" w:after="40"/>
            </w:pPr>
            <w:r>
              <w:rPr>
                <w:rFonts w:ascii="微软雅黑" w:hAnsi="微软雅黑" w:eastAsia="微软雅黑"/>
                <w:b w:val="0"/>
                <w:sz w:val="18"/>
              </w:rPr>
              <w:t>建议 ≥ 2GB 可用（明细库约 70 字节/请求，100 万请求 ≈ 70MB）</w:t>
            </w:r>
          </w:p>
        </w:tc>
      </w:tr>
      <w:tr>
        <w:tc>
          <w:tcPr>
            <w:tcW w:type="dxa" w:w="4986"/>
          </w:tcPr>
          <w:p>
            <w:pPr>
              <w:spacing w:before="40" w:after="40"/>
            </w:pPr>
            <w:r>
              <w:rPr>
                <w:rFonts w:ascii="微软雅黑" w:hAnsi="微软雅黑" w:eastAsia="微软雅黑"/>
                <w:b w:val="0"/>
                <w:sz w:val="18"/>
              </w:rPr>
              <w:t>网络</w:t>
            </w:r>
          </w:p>
        </w:tc>
        <w:tc>
          <w:tcPr>
            <w:tcW w:type="dxa" w:w="4986"/>
          </w:tcPr>
          <w:p>
            <w:pPr>
              <w:spacing w:before="40" w:after="40"/>
            </w:pPr>
            <w:r>
              <w:rPr>
                <w:rFonts w:ascii="微软雅黑" w:hAnsi="微软雅黑" w:eastAsia="微软雅黑"/>
                <w:b w:val="0"/>
                <w:sz w:val="18"/>
              </w:rPr>
              <w:t>能访问公网（在线安装需要；离线包不需要）</w:t>
            </w:r>
          </w:p>
        </w:tc>
      </w:tr>
      <w:tr>
        <w:tc>
          <w:tcPr>
            <w:tcW w:type="dxa" w:w="4986"/>
          </w:tcPr>
          <w:p>
            <w:pPr>
              <w:spacing w:before="40" w:after="40"/>
            </w:pPr>
            <w:r>
              <w:rPr>
                <w:rFonts w:ascii="微软雅黑" w:hAnsi="微软雅黑" w:eastAsia="微软雅黑"/>
                <w:b w:val="0"/>
                <w:sz w:val="18"/>
              </w:rPr>
              <w:t>CPU/内存</w:t>
            </w:r>
          </w:p>
        </w:tc>
        <w:tc>
          <w:tcPr>
            <w:tcW w:type="dxa" w:w="4986"/>
          </w:tcPr>
          <w:p>
            <w:pPr>
              <w:spacing w:before="40" w:after="40"/>
            </w:pPr>
            <w:r>
              <w:rPr>
                <w:rFonts w:ascii="微软雅黑" w:hAnsi="微软雅黑" w:eastAsia="微软雅黑"/>
                <w:b w:val="0"/>
                <w:sz w:val="18"/>
              </w:rPr>
              <w:t>1 核 1G 可用；采集器常驻约 50~90MB（默认内存上限 256MB，超了自动降级）</w:t>
            </w:r>
          </w:p>
        </w:tc>
      </w:tr>
    </w:tbl>
    <w:p/>
    <w:p>
      <w:r>
        <w:rPr>
          <w:rFonts w:ascii="微软雅黑" w:hAnsi="微软雅黑" w:eastAsia="微软雅黑"/>
          <w:b w:val="0"/>
          <w:color w:val="666E7D"/>
          <w:sz w:val="19"/>
        </w:rPr>
        <w:t xml:space="preserve">说明：SiteStats 通过 nginx 的 </w:t>
      </w:r>
      <w:r>
        <w:rPr>
          <w:rFonts w:ascii="Consolas" w:hAnsi="Consolas" w:eastAsia="微软雅黑"/>
          <w:b w:val="0"/>
          <w:color w:val="666E7D"/>
          <w:sz w:val="19"/>
        </w:rPr>
        <w:t>access_log syslog:</w:t>
      </w:r>
      <w:r>
        <w:rPr>
          <w:rFonts w:ascii="微软雅黑" w:hAnsi="微软雅黑" w:eastAsia="微软雅黑"/>
          <w:b w:val="0"/>
          <w:color w:val="666E7D"/>
          <w:sz w:val="19"/>
        </w:rPr>
        <w:t xml:space="preserve"> 把访问日志实时推给采集器，</w:t>
      </w:r>
    </w:p>
    <w:p>
      <w:r>
        <w:rPr>
          <w:rFonts w:ascii="微软雅黑" w:hAnsi="微软雅黑" w:eastAsia="微软雅黑"/>
          <w:b w:val="0"/>
          <w:color w:val="666E7D"/>
          <w:sz w:val="19"/>
        </w:rPr>
        <w:t xml:space="preserve">只往站点的 </w:t>
      </w:r>
      <w:r>
        <w:rPr>
          <w:rFonts w:ascii="Consolas" w:hAnsi="Consolas" w:eastAsia="微软雅黑"/>
          <w:b w:val="0"/>
          <w:color w:val="666E7D"/>
          <w:sz w:val="19"/>
        </w:rPr>
        <w:t>extension/</w:t>
      </w:r>
      <w:r>
        <w:rPr>
          <w:rFonts w:ascii="微软雅黑" w:hAnsi="微软雅黑" w:eastAsia="微软雅黑"/>
          <w:b w:val="0"/>
          <w:color w:val="666E7D"/>
          <w:sz w:val="19"/>
        </w:rPr>
        <w:t xml:space="preserve"> 目录里加一个自己的文件，</w:t>
      </w:r>
      <w:r>
        <w:rPr>
          <w:rFonts w:ascii="微软雅黑" w:hAnsi="微软雅黑" w:eastAsia="微软雅黑"/>
          <w:b/>
          <w:color w:val="666E7D"/>
          <w:sz w:val="19"/>
        </w:rPr>
        <w:t>站点主配置一行都不改</w:t>
      </w:r>
      <w:r>
        <w:rPr>
          <w:rFonts w:ascii="微软雅黑" w:hAnsi="微软雅黑" w:eastAsia="微软雅黑"/>
          <w:b w:val="0"/>
          <w:color w:val="666E7D"/>
          <w:sz w:val="19"/>
        </w:rPr>
        <w:t>。</w:t>
      </w:r>
    </w:p>
    <w:p/>
    <w:p>
      <w:pPr>
        <w:pStyle w:val="Heading2"/>
        <w:spacing w:before="200" w:after="100"/>
      </w:pPr>
      <w:r>
        <w:rPr>
          <w:rFonts w:ascii="微软雅黑" w:hAnsi="微软雅黑" w:eastAsia="微软雅黑"/>
          <w:b/>
          <w:sz w:val="28"/>
        </w:rPr>
        <w:t>二、安装方式 A：在线一键安装（推荐）</w:t>
      </w:r>
    </w:p>
    <w:p>
      <w:r>
        <w:rPr>
          <w:rFonts w:ascii="微软雅黑" w:hAnsi="微软雅黑" w:eastAsia="微软雅黑"/>
          <w:b w:val="0"/>
        </w:rPr>
        <w:t>在目标服务器上以 root 执行：</w:t>
      </w:r>
    </w:p>
    <w:p>
      <w:pPr>
        <w:ind w:left="340"/>
      </w:pPr>
      <w:r>
        <w:rPr>
          <w:rFonts w:ascii="Consolas" w:hAnsi="Consolas"/>
          <w:color w:val="333333"/>
          <w:sz w:val="18"/>
        </w:rPr>
        <w:t>curl -fsSL https://download.gzmowo.cn/sitestats/install-online.sh | bash -s -- --inject-all</w:t>
      </w:r>
    </w:p>
    <w:p>
      <w:r>
        <w:rPr>
          <w:rFonts w:ascii="微软雅黑" w:hAnsi="微软雅黑" w:eastAsia="微软雅黑"/>
          <w:b w:val="0"/>
        </w:rPr>
        <w:t>它会依次完成：</w:t>
      </w:r>
    </w:p>
    <w:p>
      <w:pPr>
        <w:pStyle w:val="ListBullet"/>
        <w:spacing w:after="40"/>
      </w:pPr>
      <w:r>
        <w:rPr>
          <w:rFonts w:ascii="微软雅黑" w:hAnsi="微软雅黑" w:eastAsia="微软雅黑"/>
          <w:b w:val="0"/>
          <w:sz w:val="21"/>
        </w:rPr>
        <w:t xml:space="preserve">识别系统架构，从下载地址取 </w:t>
      </w:r>
      <w:r>
        <w:rPr>
          <w:rFonts w:ascii="Consolas" w:hAnsi="Consolas" w:eastAsia="微软雅黑"/>
          <w:b w:val="0"/>
          <w:sz w:val="21"/>
        </w:rPr>
        <w:t>sitestats-linux-amd64</w:t>
      </w:r>
      <w:r>
        <w:rPr>
          <w:rFonts w:ascii="微软雅黑" w:hAnsi="微软雅黑" w:eastAsia="微软雅黑"/>
          <w:b w:val="0"/>
          <w:sz w:val="21"/>
        </w:rPr>
        <w:t xml:space="preserve">（或 arm64），并用 </w:t>
      </w:r>
      <w:r>
        <w:rPr>
          <w:rFonts w:ascii="Consolas" w:hAnsi="Consolas" w:eastAsia="微软雅黑"/>
          <w:b w:val="0"/>
          <w:sz w:val="21"/>
        </w:rPr>
        <w:t>SHA256SUMS</w:t>
      </w:r>
      <w:r>
        <w:rPr>
          <w:rFonts w:ascii="微软雅黑" w:hAnsi="微软雅黑" w:eastAsia="微软雅黑"/>
          <w:b w:val="0"/>
          <w:sz w:val="21"/>
        </w:rPr>
        <w:t xml:space="preserve"> 校验；</w:t>
      </w:r>
    </w:p>
    <w:p>
      <w:pPr>
        <w:pStyle w:val="ListBullet"/>
        <w:spacing w:after="40"/>
      </w:pPr>
      <w:r>
        <w:rPr>
          <w:rFonts w:ascii="微软雅黑" w:hAnsi="微软雅黑" w:eastAsia="微软雅黑"/>
          <w:b w:val="0"/>
          <w:sz w:val="21"/>
        </w:rPr>
        <w:t xml:space="preserve">安装到 </w:t>
      </w:r>
      <w:r>
        <w:rPr>
          <w:rFonts w:ascii="Consolas" w:hAnsi="Consolas" w:eastAsia="微软雅黑"/>
          <w:b w:val="0"/>
          <w:sz w:val="21"/>
        </w:rPr>
        <w:t>/usr/local/sitestats/</w:t>
      </w:r>
      <w:r>
        <w:rPr>
          <w:rFonts w:ascii="微软雅黑" w:hAnsi="微软雅黑" w:eastAsia="微软雅黑"/>
          <w:b w:val="0"/>
          <w:sz w:val="21"/>
        </w:rPr>
        <w:t>；</w:t>
      </w:r>
    </w:p>
    <w:p>
      <w:pPr>
        <w:pStyle w:val="ListBullet"/>
        <w:spacing w:after="40"/>
      </w:pPr>
      <w:r>
        <w:rPr>
          <w:rFonts w:ascii="微软雅黑" w:hAnsi="微软雅黑" w:eastAsia="微软雅黑"/>
          <w:b w:val="0"/>
          <w:sz w:val="21"/>
        </w:rPr>
        <w:t>注册并启动两个 systemd 服务：</w:t>
      </w:r>
      <w:r>
        <w:rPr>
          <w:rFonts w:ascii="Consolas" w:hAnsi="Consolas" w:eastAsia="微软雅黑"/>
          <w:b w:val="0"/>
          <w:sz w:val="21"/>
        </w:rPr>
        <w:t>sitestats</w:t>
      </w:r>
      <w:r>
        <w:rPr>
          <w:rFonts w:ascii="微软雅黑" w:hAnsi="微软雅黑" w:eastAsia="微软雅黑"/>
          <w:b w:val="0"/>
          <w:sz w:val="21"/>
        </w:rPr>
        <w:t>（采集器）、</w:t>
      </w:r>
      <w:r>
        <w:rPr>
          <w:rFonts w:ascii="Consolas" w:hAnsi="Consolas" w:eastAsia="微软雅黑"/>
          <w:b w:val="0"/>
          <w:sz w:val="21"/>
        </w:rPr>
        <w:t>sitestats-web</w:t>
      </w:r>
      <w:r>
        <w:rPr>
          <w:rFonts w:ascii="微软雅黑" w:hAnsi="微软雅黑" w:eastAsia="微软雅黑"/>
          <w:b w:val="0"/>
          <w:sz w:val="21"/>
        </w:rPr>
        <w:t>（界面 + API）；</w:t>
      </w:r>
    </w:p>
    <w:p>
      <w:pPr>
        <w:pStyle w:val="ListBullet"/>
        <w:spacing w:after="40"/>
      </w:pPr>
      <w:r>
        <w:rPr>
          <w:rFonts w:ascii="Consolas" w:hAnsi="Consolas" w:eastAsia="微软雅黑"/>
          <w:b w:val="0"/>
          <w:sz w:val="21"/>
        </w:rPr>
        <w:t>--inject-all</w:t>
      </w:r>
      <w:r>
        <w:rPr>
          <w:rFonts w:ascii="微软雅黑" w:hAnsi="微软雅黑" w:eastAsia="微软雅黑"/>
          <w:b w:val="0"/>
          <w:sz w:val="21"/>
        </w:rPr>
        <w:t xml:space="preserve"> 给</w:t>
      </w:r>
      <w:r>
        <w:rPr>
          <w:rFonts w:ascii="微软雅黑" w:hAnsi="微软雅黑" w:eastAsia="微软雅黑"/>
          <w:b/>
          <w:sz w:val="21"/>
        </w:rPr>
        <w:t>该服务器上全部站点</w:t>
      </w:r>
      <w:r>
        <w:rPr>
          <w:rFonts w:ascii="微软雅黑" w:hAnsi="微软雅黑" w:eastAsia="微软雅黑"/>
          <w:b w:val="0"/>
          <w:sz w:val="21"/>
        </w:rPr>
        <w:t>接入日志推送；</w:t>
      </w:r>
    </w:p>
    <w:p>
      <w:pPr>
        <w:pStyle w:val="ListBullet"/>
        <w:spacing w:after="40"/>
      </w:pPr>
      <w:r>
        <w:rPr>
          <w:rFonts w:ascii="微软雅黑" w:hAnsi="微软雅黑" w:eastAsia="微软雅黑"/>
          <w:b w:val="0"/>
          <w:sz w:val="21"/>
        </w:rPr>
        <w:t>打印访问方式与常用命令。</w:t>
      </w:r>
    </w:p>
    <w:p>
      <w:pPr>
        <w:pStyle w:val="Heading3"/>
        <w:spacing w:before="200" w:after="100"/>
      </w:pPr>
      <w:r>
        <w:rPr>
          <w:rFonts w:ascii="微软雅黑" w:hAnsi="微软雅黑" w:eastAsia="微软雅黑"/>
          <w:b/>
          <w:sz w:val="24"/>
        </w:rPr>
        <w:t>常用参数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shd w:val="clear" w:fill="F2D6D3"/>
          </w:tcPr>
          <w:p>
            <w:pPr>
              <w:spacing w:before="40" w:after="40"/>
            </w:pPr>
            <w:r>
              <w:rPr>
                <w:rFonts w:ascii="微软雅黑" w:hAnsi="微软雅黑" w:eastAsia="微软雅黑"/>
                <w:b/>
                <w:sz w:val="18"/>
              </w:rPr>
              <w:t>参数</w:t>
            </w:r>
          </w:p>
        </w:tc>
        <w:tc>
          <w:tcPr>
            <w:tcW w:type="dxa" w:w="4986"/>
            <w:shd w:val="clear" w:fill="F2D6D3"/>
          </w:tcPr>
          <w:p>
            <w:pPr>
              <w:spacing w:before="40" w:after="40"/>
            </w:pPr>
            <w:r>
              <w:rPr>
                <w:rFonts w:ascii="微软雅黑" w:hAnsi="微软雅黑" w:eastAsia="微软雅黑"/>
                <w:b/>
                <w:sz w:val="18"/>
              </w:rPr>
              <w:t>作用</w:t>
            </w:r>
          </w:p>
        </w:tc>
      </w:tr>
      <w:tr>
        <w:tc>
          <w:tcPr>
            <w:tcW w:type="dxa" w:w="4986"/>
          </w:tcPr>
          <w:p>
            <w:pPr>
              <w:spacing w:before="40" w:after="40"/>
            </w:pPr>
            <w:r>
              <w:rPr>
                <w:rFonts w:ascii="Consolas" w:hAnsi="Consolas" w:eastAsia="微软雅黑"/>
                <w:b w:val="0"/>
                <w:sz w:val="18"/>
              </w:rPr>
              <w:t>--inject-all</w:t>
            </w:r>
          </w:p>
        </w:tc>
        <w:tc>
          <w:tcPr>
            <w:tcW w:type="dxa" w:w="4986"/>
          </w:tcPr>
          <w:p>
            <w:pPr>
              <w:spacing w:before="40" w:after="40"/>
            </w:pPr>
            <w:r>
              <w:rPr>
                <w:rFonts w:ascii="微软雅黑" w:hAnsi="微软雅黑" w:eastAsia="微软雅黑"/>
                <w:b w:val="0"/>
                <w:sz w:val="18"/>
              </w:rPr>
              <w:t>给全部站点接入日志推送</w:t>
            </w:r>
          </w:p>
        </w:tc>
      </w:tr>
      <w:tr>
        <w:tc>
          <w:tcPr>
            <w:tcW w:type="dxa" w:w="4986"/>
          </w:tcPr>
          <w:p>
            <w:pPr>
              <w:spacing w:before="40" w:after="40"/>
            </w:pPr>
            <w:r>
              <w:rPr>
                <w:rFonts w:ascii="Consolas" w:hAnsi="Consolas" w:eastAsia="微软雅黑"/>
                <w:b w:val="0"/>
                <w:sz w:val="18"/>
              </w:rPr>
              <w:t>--inject a.cn b.cn</w:t>
            </w:r>
          </w:p>
        </w:tc>
        <w:tc>
          <w:tcPr>
            <w:tcW w:type="dxa" w:w="4986"/>
          </w:tcPr>
          <w:p>
            <w:pPr>
              <w:spacing w:before="40" w:after="40"/>
            </w:pPr>
            <w:r>
              <w:rPr>
                <w:rFonts w:ascii="微软雅黑" w:hAnsi="微软雅黑" w:eastAsia="微软雅黑"/>
                <w:b w:val="0"/>
                <w:sz w:val="18"/>
              </w:rPr>
              <w:t>只给指定域名接入</w:t>
            </w:r>
          </w:p>
        </w:tc>
      </w:tr>
      <w:tr>
        <w:tc>
          <w:tcPr>
            <w:tcW w:type="dxa" w:w="4986"/>
          </w:tcPr>
          <w:p>
            <w:pPr>
              <w:spacing w:before="40" w:after="40"/>
            </w:pPr>
            <w:r>
              <w:rPr>
                <w:rFonts w:ascii="Consolas" w:hAnsi="Consolas" w:eastAsia="微软雅黑"/>
                <w:b w:val="0"/>
                <w:sz w:val="18"/>
              </w:rPr>
              <w:t>--no-inject</w:t>
            </w:r>
          </w:p>
        </w:tc>
        <w:tc>
          <w:tcPr>
            <w:tcW w:type="dxa" w:w="4986"/>
          </w:tcPr>
          <w:p>
            <w:pPr>
              <w:spacing w:before="40" w:after="40"/>
            </w:pPr>
            <w:r>
              <w:rPr>
                <w:rFonts w:ascii="微软雅黑" w:hAnsi="微软雅黑" w:eastAsia="微软雅黑"/>
                <w:b w:val="0"/>
                <w:sz w:val="18"/>
              </w:rPr>
              <w:t>先不接入任何站点（装完再手动接）</w:t>
            </w:r>
          </w:p>
        </w:tc>
      </w:tr>
      <w:tr>
        <w:tc>
          <w:tcPr>
            <w:tcW w:type="dxa" w:w="4986"/>
          </w:tcPr>
          <w:p>
            <w:pPr>
              <w:spacing w:before="40" w:after="40"/>
            </w:pPr>
            <w:r>
              <w:rPr>
                <w:rFonts w:ascii="Consolas" w:hAnsi="Consolas" w:eastAsia="微软雅黑"/>
                <w:b w:val="0"/>
                <w:sz w:val="18"/>
              </w:rPr>
              <w:t>--uninstall</w:t>
            </w:r>
          </w:p>
        </w:tc>
        <w:tc>
          <w:tcPr>
            <w:tcW w:type="dxa" w:w="4986"/>
          </w:tcPr>
          <w:p>
            <w:pPr>
              <w:spacing w:before="40" w:after="40"/>
            </w:pPr>
            <w:r>
              <w:rPr>
                <w:rFonts w:ascii="微软雅黑" w:hAnsi="微软雅黑" w:eastAsia="微软雅黑"/>
                <w:b w:val="0"/>
                <w:sz w:val="18"/>
              </w:rPr>
              <w:t>卸载（含撤销 nginx 注入）</w:t>
            </w:r>
          </w:p>
        </w:tc>
      </w:tr>
    </w:tbl>
    <w:p/>
    <w:p>
      <w:pPr>
        <w:pStyle w:val="Heading3"/>
        <w:spacing w:before="200" w:after="100"/>
      </w:pPr>
      <w:r>
        <w:rPr>
          <w:rFonts w:ascii="微软雅黑" w:hAnsi="微软雅黑" w:eastAsia="微软雅黑"/>
          <w:b/>
          <w:sz w:val="24"/>
        </w:rPr>
        <w:t>只想接一个站点试效果</w:t>
      </w:r>
    </w:p>
    <w:p>
      <w:pPr>
        <w:ind w:left="340"/>
      </w:pPr>
      <w:r>
        <w:rPr>
          <w:rFonts w:ascii="Consolas" w:hAnsi="Consolas"/>
          <w:color w:val="333333"/>
          <w:sz w:val="18"/>
        </w:rPr>
        <w:t>curl -fsSL https://download.gzmowo.cn/sitestats/install-online.sh | bash -s -- --no-inject</w:t>
        <w:br/>
        <w:t>sudo bash /usr/local/sitestats/inject-logs.sh --inject 你的域名.com</w:t>
      </w:r>
    </w:p>
    <w:p>
      <w:pPr>
        <w:pStyle w:val="Heading3"/>
        <w:spacing w:before="200" w:after="100"/>
      </w:pPr>
      <w:r>
        <w:rPr>
          <w:rFonts w:ascii="微软雅黑" w:hAnsi="微软雅黑" w:eastAsia="微软雅黑"/>
          <w:b/>
          <w:sz w:val="24"/>
        </w:rPr>
        <w:t>下载源打不开时</w:t>
      </w:r>
    </w:p>
    <w:p>
      <w:r>
        <w:rPr>
          <w:rFonts w:ascii="微软雅黑" w:hAnsi="微软雅黑" w:eastAsia="微软雅黑"/>
          <w:b w:val="0"/>
        </w:rPr>
        <w:t>用环境变量换源（例如把安装包放到自己的服务器/内网地址）：</w:t>
      </w:r>
    </w:p>
    <w:p>
      <w:pPr>
        <w:ind w:left="340"/>
      </w:pPr>
      <w:r>
        <w:rPr>
          <w:rFonts w:ascii="Consolas" w:hAnsi="Consolas"/>
          <w:color w:val="333333"/>
          <w:sz w:val="18"/>
        </w:rPr>
        <w:t>curl -fsSL http://你的地址/install-online.sh -o /tmp/install.sh</w:t>
        <w:br/>
        <w:t>sudo SITESTATS_URL=http://你的地址 bash /tmp/install.sh --inject-all</w:t>
      </w:r>
    </w:p>
    <w:p/>
    <w:p>
      <w:pPr>
        <w:pStyle w:val="Heading2"/>
        <w:spacing w:before="200" w:after="100"/>
      </w:pPr>
      <w:r>
        <w:rPr>
          <w:rFonts w:ascii="微软雅黑" w:hAnsi="微软雅黑" w:eastAsia="微软雅黑"/>
          <w:b/>
          <w:sz w:val="28"/>
        </w:rPr>
        <w:t>三、安装方式 B：离线包安装（服务器不能上外网）</w:t>
      </w:r>
    </w:p>
    <w:p>
      <w:pPr>
        <w:pStyle w:val="ListBullet"/>
        <w:spacing w:after="40"/>
      </w:pPr>
      <w:r>
        <w:rPr>
          <w:rFonts w:ascii="微软雅黑" w:hAnsi="微软雅黑" w:eastAsia="微软雅黑"/>
          <w:b w:val="0"/>
          <w:sz w:val="21"/>
        </w:rPr>
        <w:t>在本机（或能上网的机器）下载对应架构的离线包：</w:t>
      </w:r>
    </w:p>
    <w:p>
      <w:pPr>
        <w:ind w:left="340"/>
      </w:pPr>
      <w:r>
        <w:rPr>
          <w:rFonts w:ascii="Consolas" w:hAnsi="Consolas"/>
          <w:color w:val="333333"/>
          <w:sz w:val="18"/>
        </w:rPr>
        <w:t>https://download.gzmowo.cn/sitestats/sitestats-0.1.0-m3-linux-amd64.tar.gz</w:t>
        <w:br/>
        <w:t>https://download.gzmowo.cn/sitestats/sitestats-0.1.0-m3-linux-arm64.tar.gz</w:t>
        <w:br/>
        <w:t>https://download.gzmowo.cn/sitestats/SHA256SUMS      # 校验用</w:t>
      </w:r>
    </w:p>
    <w:p>
      <w:pPr>
        <w:pStyle w:val="ListBullet"/>
        <w:spacing w:after="40"/>
      </w:pPr>
      <w:r>
        <w:rPr>
          <w:rFonts w:ascii="微软雅黑" w:hAnsi="微软雅黑" w:eastAsia="微软雅黑"/>
          <w:b w:val="0"/>
          <w:sz w:val="21"/>
        </w:rPr>
        <w:t>上传并校验（在目标服务器执行）：</w:t>
      </w:r>
    </w:p>
    <w:p>
      <w:pPr>
        <w:ind w:left="340"/>
      </w:pPr>
      <w:r>
        <w:rPr>
          <w:rFonts w:ascii="Consolas" w:hAnsi="Consolas"/>
          <w:color w:val="333333"/>
          <w:sz w:val="18"/>
        </w:rPr>
        <w:t>scp sitestats-0.1.0-m3-linux-amd64.tar.gz root@目标IP:/root/</w:t>
        <w:br/>
        <w:t>sha256sum -c SHA256SUMS --ignore-missing      # 与下载目录里的 SHA256SUMS 比对</w:t>
      </w:r>
    </w:p>
    <w:p>
      <w:pPr>
        <w:pStyle w:val="ListBullet"/>
        <w:spacing w:after="40"/>
      </w:pPr>
      <w:r>
        <w:rPr>
          <w:rFonts w:ascii="微软雅黑" w:hAnsi="微软雅黑" w:eastAsia="微软雅黑"/>
          <w:b w:val="0"/>
          <w:sz w:val="21"/>
        </w:rPr>
        <w:t>解包安装：</w:t>
      </w:r>
    </w:p>
    <w:p>
      <w:pPr>
        <w:ind w:left="340"/>
      </w:pPr>
      <w:r>
        <w:rPr>
          <w:rFonts w:ascii="Consolas" w:hAnsi="Consolas"/>
          <w:color w:val="333333"/>
          <w:sz w:val="18"/>
        </w:rPr>
        <w:t>tar xzf sitestats-0.1.0-m3-linux-amd64.tar.gz</w:t>
        <w:br/>
        <w:t>cd sitestats-0.1.0-m3-linux-amd64</w:t>
        <w:br/>
        <w:t>sudo bash install.sh --inject-all          # 或 --no-inject</w:t>
      </w:r>
    </w:p>
    <w:p>
      <w:r>
        <w:rPr>
          <w:rFonts w:ascii="微软雅黑" w:hAnsi="微软雅黑" w:eastAsia="微软雅黑"/>
          <w:b w:val="0"/>
        </w:rPr>
        <w:t>离线包内容：</w:t>
      </w:r>
      <w:r>
        <w:rPr>
          <w:rFonts w:ascii="Consolas" w:hAnsi="Consolas" w:eastAsia="微软雅黑"/>
          <w:b w:val="0"/>
        </w:rPr>
        <w:t>sitestats</w:t>
      </w:r>
      <w:r>
        <w:rPr>
          <w:rFonts w:ascii="微软雅黑" w:hAnsi="微软雅黑" w:eastAsia="微软雅黑"/>
          <w:b w:val="0"/>
        </w:rPr>
        <w:t>（单个二进制，前端已内嵌）、</w:t>
      </w:r>
      <w:r>
        <w:rPr>
          <w:rFonts w:ascii="Consolas" w:hAnsi="Consolas" w:eastAsia="微软雅黑"/>
          <w:b w:val="0"/>
        </w:rPr>
        <w:t>install.sh</w:t>
      </w:r>
      <w:r>
        <w:rPr>
          <w:rFonts w:ascii="微软雅黑" w:hAnsi="微软雅黑" w:eastAsia="微软雅黑"/>
          <w:b w:val="0"/>
        </w:rPr>
        <w:t>、</w:t>
      </w:r>
      <w:r>
        <w:rPr>
          <w:rFonts w:ascii="Consolas" w:hAnsi="Consolas" w:eastAsia="微软雅黑"/>
          <w:b w:val="0"/>
        </w:rPr>
        <w:t>install-online.sh</w:t>
      </w:r>
      <w:r>
        <w:rPr>
          <w:rFonts w:ascii="微软雅黑" w:hAnsi="微软雅黑" w:eastAsia="微软雅黑"/>
          <w:b w:val="0"/>
        </w:rPr>
        <w:t>、</w:t>
      </w:r>
    </w:p>
    <w:p>
      <w:r>
        <w:rPr>
          <w:rFonts w:ascii="Consolas" w:hAnsi="Consolas" w:eastAsia="微软雅黑"/>
          <w:b w:val="0"/>
        </w:rPr>
        <w:t>inject-logs.sh</w:t>
      </w:r>
      <w:r>
        <w:rPr>
          <w:rFonts w:ascii="微软雅黑" w:hAnsi="微软雅黑" w:eastAsia="微软雅黑"/>
          <w:b w:val="0"/>
        </w:rPr>
        <w:t>、</w:t>
      </w:r>
      <w:r>
        <w:rPr>
          <w:rFonts w:ascii="Consolas" w:hAnsi="Consolas" w:eastAsia="微软雅黑"/>
          <w:b w:val="0"/>
        </w:rPr>
        <w:t>sitestats.service</w:t>
      </w:r>
      <w:r>
        <w:rPr>
          <w:rFonts w:ascii="微软雅黑" w:hAnsi="微软雅黑" w:eastAsia="微软雅黑"/>
          <w:b w:val="0"/>
        </w:rPr>
        <w:t>、</w:t>
      </w:r>
      <w:r>
        <w:rPr>
          <w:rFonts w:ascii="Consolas" w:hAnsi="Consolas" w:eastAsia="微软雅黑"/>
          <w:b w:val="0"/>
        </w:rPr>
        <w:t>sitestats-web.service</w:t>
      </w:r>
      <w:r>
        <w:rPr>
          <w:rFonts w:ascii="微软雅黑" w:hAnsi="微软雅黑" w:eastAsia="微软雅黑"/>
          <w:b w:val="0"/>
        </w:rPr>
        <w:t>、</w:t>
      </w:r>
      <w:r>
        <w:rPr>
          <w:rFonts w:ascii="Consolas" w:hAnsi="Consolas" w:eastAsia="微软雅黑"/>
          <w:b w:val="0"/>
        </w:rPr>
        <w:t>sitestats-log-format.conf</w:t>
      </w:r>
      <w:r>
        <w:rPr>
          <w:rFonts w:ascii="微软雅黑" w:hAnsi="微软雅黑" w:eastAsia="微软雅黑"/>
          <w:b w:val="0"/>
        </w:rPr>
        <w:t>、</w:t>
      </w:r>
      <w:r>
        <w:rPr>
          <w:rFonts w:ascii="Consolas" w:hAnsi="Consolas" w:eastAsia="微软雅黑"/>
          <w:b w:val="0"/>
        </w:rPr>
        <w:t>README.md</w:t>
      </w:r>
      <w:r>
        <w:rPr>
          <w:rFonts w:ascii="微软雅黑" w:hAnsi="微软雅黑" w:eastAsia="微软雅黑"/>
          <w:b w:val="0"/>
        </w:rPr>
        <w:t>、</w:t>
      </w:r>
      <w:r>
        <w:rPr>
          <w:rFonts w:ascii="Consolas" w:hAnsi="Consolas" w:eastAsia="微软雅黑"/>
          <w:b w:val="0"/>
        </w:rPr>
        <w:t>docs/</w:t>
      </w:r>
      <w:r>
        <w:rPr>
          <w:rFonts w:ascii="微软雅黑" w:hAnsi="微软雅黑" w:eastAsia="微软雅黑"/>
          <w:b w:val="0"/>
        </w:rPr>
        <w:t>。</w:t>
      </w:r>
    </w:p>
    <w:p/>
    <w:p>
      <w:pPr>
        <w:pStyle w:val="Heading2"/>
        <w:spacing w:before="200" w:after="100"/>
      </w:pPr>
      <w:r>
        <w:rPr>
          <w:rFonts w:ascii="微软雅黑" w:hAnsi="微软雅黑" w:eastAsia="微软雅黑"/>
          <w:b/>
          <w:sz w:val="28"/>
        </w:rPr>
        <w:t>四、安装完成后（三步用起来）</w:t>
      </w:r>
    </w:p>
    <w:p>
      <w:pPr>
        <w:pStyle w:val="Heading3"/>
        <w:spacing w:before="200" w:after="100"/>
      </w:pPr>
      <w:r>
        <w:rPr>
          <w:rFonts w:ascii="微软雅黑" w:hAnsi="微软雅黑" w:eastAsia="微软雅黑"/>
          <w:b/>
          <w:sz w:val="24"/>
        </w:rPr>
        <w:t>1. 打开界面，设置访问密码</w:t>
      </w:r>
    </w:p>
    <w:p>
      <w:r>
        <w:rPr>
          <w:rFonts w:ascii="微软雅黑" w:hAnsi="微软雅黑" w:eastAsia="微软雅黑"/>
          <w:b w:val="0"/>
        </w:rPr>
        <w:t xml:space="preserve">界面只监听本机 </w:t>
      </w:r>
      <w:r>
        <w:rPr>
          <w:rFonts w:ascii="Consolas" w:hAnsi="Consolas" w:eastAsia="微软雅黑"/>
          <w:b w:val="0"/>
        </w:rPr>
        <w:t>127.0.0.1:8899</w:t>
      </w:r>
      <w:r>
        <w:rPr>
          <w:rFonts w:ascii="微软雅黑" w:hAnsi="微软雅黑" w:eastAsia="微软雅黑"/>
          <w:b w:val="0"/>
        </w:rPr>
        <w:t>（不直接对公网开放）。先在服务器上验证：</w:t>
      </w:r>
    </w:p>
    <w:p>
      <w:pPr>
        <w:ind w:left="340"/>
      </w:pPr>
      <w:r>
        <w:rPr>
          <w:rFonts w:ascii="Consolas" w:hAnsi="Consolas"/>
          <w:color w:val="333333"/>
          <w:sz w:val="18"/>
        </w:rPr>
        <w:t>curl -s http://127.0.0.1:8899/api/health</w:t>
      </w:r>
    </w:p>
    <w:p>
      <w:r>
        <w:rPr>
          <w:rFonts w:ascii="微软雅黑" w:hAnsi="微软雅黑" w:eastAsia="微软雅黑"/>
          <w:b w:val="0"/>
        </w:rPr>
        <w:t>第一次打开界面会让你</w:t>
      </w:r>
      <w:r>
        <w:rPr>
          <w:rFonts w:ascii="微软雅黑" w:hAnsi="微软雅黑" w:eastAsia="微软雅黑"/>
          <w:b/>
        </w:rPr>
        <w:t>设置访问密码</w:t>
      </w:r>
      <w:r>
        <w:rPr>
          <w:rFonts w:ascii="微软雅黑" w:hAnsi="微软雅黑" w:eastAsia="微软雅黑"/>
          <w:b w:val="0"/>
        </w:rPr>
        <w:t>（至少 6 位，PBKDF2 加密存储；没有默认密码）。</w:t>
      </w:r>
    </w:p>
    <w:p>
      <w:pPr>
        <w:pStyle w:val="Heading3"/>
        <w:spacing w:before="200" w:after="100"/>
      </w:pPr>
      <w:r>
        <w:rPr>
          <w:rFonts w:ascii="微软雅黑" w:hAnsi="微软雅黑" w:eastAsia="微软雅黑"/>
          <w:b/>
          <w:sz w:val="24"/>
        </w:rPr>
        <w:t>2. 接入要统计的站点</w:t>
      </w:r>
    </w:p>
    <w:p>
      <w:pPr>
        <w:ind w:left="340"/>
      </w:pPr>
      <w:r>
        <w:rPr>
          <w:rFonts w:ascii="Consolas" w:hAnsi="Consolas"/>
          <w:color w:val="333333"/>
          <w:sz w:val="18"/>
        </w:rPr>
        <w:t>sudo bash /usr/local/sitestats/inject-logs.sh --discover     # 看有哪些站点、是否已接入</w:t>
        <w:br/>
        <w:t>sudo bash /usr/local/sitestats/inject-logs.sh --inject-all   # 全部接入</w:t>
        <w:br/>
        <w:t>sudo bash /usr/local/sitestats/inject-logs.sh --status       # 看状态</w:t>
      </w:r>
    </w:p>
    <w:p>
      <w:r>
        <w:rPr>
          <w:rFonts w:ascii="微软雅黑" w:hAnsi="微软雅黑" w:eastAsia="微软雅黑"/>
          <w:b w:val="0"/>
        </w:rPr>
        <w:t xml:space="preserve">注入后 nginx 会自动 reload（脚本先做 </w:t>
      </w:r>
      <w:r>
        <w:rPr>
          <w:rFonts w:ascii="Consolas" w:hAnsi="Consolas" w:eastAsia="微软雅黑"/>
          <w:b w:val="0"/>
        </w:rPr>
        <w:t>nginx -t</w:t>
      </w:r>
      <w:r>
        <w:rPr>
          <w:rFonts w:ascii="微软雅黑" w:hAnsi="微软雅黑" w:eastAsia="微软雅黑"/>
          <w:b w:val="0"/>
        </w:rPr>
        <w:t>，校验失败会</w:t>
      </w:r>
      <w:r>
        <w:rPr>
          <w:rFonts w:ascii="微软雅黑" w:hAnsi="微软雅黑" w:eastAsia="微软雅黑"/>
          <w:b/>
        </w:rPr>
        <w:t>自动回滚</w:t>
      </w:r>
      <w:r>
        <w:rPr>
          <w:rFonts w:ascii="微软雅黑" w:hAnsi="微软雅黑" w:eastAsia="微软雅黑"/>
          <w:b w:val="0"/>
        </w:rPr>
        <w:t>，不会弄坏你的站点）。</w:t>
      </w:r>
    </w:p>
    <w:p>
      <w:pPr>
        <w:pStyle w:val="Heading3"/>
        <w:spacing w:before="200" w:after="100"/>
      </w:pPr>
      <w:r>
        <w:rPr>
          <w:rFonts w:ascii="微软雅黑" w:hAnsi="微软雅黑" w:eastAsia="微软雅黑"/>
          <w:b/>
          <w:sz w:val="24"/>
        </w:rPr>
        <w:t>3. 用域名访问（宝塔建站 + 反向代理）</w:t>
      </w:r>
    </w:p>
    <w:p>
      <w:pPr>
        <w:pStyle w:val="ListBullet"/>
        <w:spacing w:after="40"/>
      </w:pPr>
      <w:r>
        <w:rPr>
          <w:rFonts w:ascii="微软雅黑" w:hAnsi="微软雅黑" w:eastAsia="微软雅黑"/>
          <w:b w:val="0"/>
          <w:sz w:val="21"/>
        </w:rPr>
        <w:t xml:space="preserve">宝塔 → 网站 → 添加站点：域名如 </w:t>
      </w:r>
      <w:r>
        <w:rPr>
          <w:rFonts w:ascii="Consolas" w:hAnsi="Consolas" w:eastAsia="微软雅黑"/>
          <w:b w:val="0"/>
          <w:sz w:val="21"/>
        </w:rPr>
        <w:t>stats.你的域名.com</w:t>
      </w:r>
      <w:r>
        <w:rPr>
          <w:rFonts w:ascii="微软雅黑" w:hAnsi="微软雅黑" w:eastAsia="微软雅黑"/>
          <w:b w:val="0"/>
          <w:sz w:val="21"/>
        </w:rPr>
        <w:t>（无需数据库/PHP）；</w:t>
      </w:r>
    </w:p>
    <w:p>
      <w:pPr>
        <w:pStyle w:val="ListBullet"/>
        <w:spacing w:after="40"/>
      </w:pPr>
      <w:r>
        <w:rPr>
          <w:rFonts w:ascii="微软雅黑" w:hAnsi="微软雅黑" w:eastAsia="微软雅黑"/>
          <w:b w:val="0"/>
          <w:sz w:val="21"/>
        </w:rPr>
        <w:t xml:space="preserve">该站点的「反向代理」→ 添加：目标 </w:t>
      </w:r>
      <w:r>
        <w:rPr>
          <w:rFonts w:ascii="Consolas" w:hAnsi="Consolas" w:eastAsia="微软雅黑"/>
          <w:b w:val="0"/>
          <w:sz w:val="21"/>
        </w:rPr>
        <w:t>http://127.0.0.1:8899</w:t>
      </w:r>
      <w:r>
        <w:rPr>
          <w:rFonts w:ascii="微软雅黑" w:hAnsi="微软雅黑" w:eastAsia="微软雅黑"/>
          <w:b w:val="0"/>
          <w:sz w:val="21"/>
        </w:rPr>
        <w:t>（或手工在站点配置里写</w:t>
      </w:r>
    </w:p>
    <w:p>
      <w:r>
        <w:rPr>
          <w:rFonts w:ascii="Consolas" w:hAnsi="Consolas" w:eastAsia="微软雅黑"/>
          <w:b w:val="0"/>
        </w:rPr>
        <w:t>location / { proxy_pass http://127.0.0.1:8899; proxy_set_header Host $host; }</w:t>
      </w:r>
      <w:r>
        <w:rPr>
          <w:rFonts w:ascii="微软雅黑" w:hAnsi="微软雅黑" w:eastAsia="微软雅黑"/>
          <w:b w:val="0"/>
        </w:rPr>
        <w:t>）；</w:t>
      </w:r>
    </w:p>
    <w:p>
      <w:pPr>
        <w:pStyle w:val="ListBullet"/>
        <w:spacing w:after="40"/>
      </w:pPr>
      <w:r>
        <w:rPr>
          <w:rFonts w:ascii="微软雅黑" w:hAnsi="微软雅黑" w:eastAsia="微软雅黑"/>
          <w:b w:val="0"/>
          <w:sz w:val="21"/>
        </w:rPr>
        <w:t>申请 Let's Encrypt 证书并开启强制 HTTPS（域名已备案用 HTTP-01；未备案域名 80 端口会被云厂商拦截，改用 DNS-01）。</w:t>
      </w:r>
    </w:p>
    <w:p/>
    <w:p>
      <w:pPr>
        <w:pStyle w:val="Heading2"/>
        <w:spacing w:before="200" w:after="100"/>
      </w:pPr>
      <w:r>
        <w:rPr>
          <w:rFonts w:ascii="微软雅黑" w:hAnsi="微软雅黑" w:eastAsia="微软雅黑"/>
          <w:b/>
          <w:sz w:val="28"/>
        </w:rPr>
        <w:t>四之二、安装完成后你会看到什么</w:t>
      </w:r>
    </w:p>
    <w:p>
      <w:r>
        <w:rPr>
          <w:rFonts w:ascii="微软雅黑" w:hAnsi="微软雅黑" w:eastAsia="微软雅黑"/>
          <w:b w:val="0"/>
        </w:rPr>
        <w:t>安装脚本最后会打印一段信息（像宝塔装完那样），包含访问地址、密码状态和常用命令：</w:t>
      </w:r>
    </w:p>
    <w:p>
      <w:pPr>
        <w:ind w:left="340"/>
      </w:pPr>
      <w:r>
        <w:rPr>
          <w:rFonts w:ascii="Consolas" w:hAnsi="Consolas"/>
          <w:color w:val="333333"/>
          <w:sz w:val="18"/>
        </w:rPr>
        <w:t>------------------------------------------------------------</w:t>
        <w:br/>
        <w:t>SiteStats 0.1.0-m3 安装完成</w:t>
        <w:br/>
        <w:t xml:space="preserve">  本机访问：  http://127.0.0.1:8899    （服务器上直接打开）</w:t>
        <w:br/>
        <w:t xml:space="preserve">  内网访问：  http://10.1.24.16:8899</w:t>
        <w:br/>
        <w:t xml:space="preserve">  外网访问：  http://134.175.155.58:8899</w:t>
        <w:br/>
        <w:t xml:space="preserve">  已生成访问密码：a8uv9juxSt</w:t>
        <w:br/>
        <w:t xml:space="preserve">  ⚠️ 当前只监听本机（127.0.0.1），内网/外网地址需先放开监听：</w:t>
        <w:br/>
        <w:t xml:space="preserve">       sudo bash /usr/local/sitestats/install-online.sh --listen-public</w:t>
        <w:br/>
        <w:t xml:space="preserve">     更稳妥：宝塔建站 + 反向代理 http://127.0.0.1:8899 ，用域名 + HTTPS 访问</w:t>
        <w:br/>
        <w:t>------------------------------------------------------------</w:t>
      </w:r>
    </w:p>
    <w:p>
      <w:pPr>
        <w:pStyle w:val="ListBullet"/>
        <w:spacing w:after="40"/>
      </w:pPr>
      <w:r>
        <w:rPr>
          <w:rFonts w:ascii="微软雅黑" w:hAnsi="微软雅黑" w:eastAsia="微软雅黑"/>
          <w:b/>
          <w:sz w:val="21"/>
        </w:rPr>
        <w:t>默认密码</w:t>
      </w:r>
      <w:r>
        <w:rPr>
          <w:rFonts w:ascii="微软雅黑" w:hAnsi="微软雅黑" w:eastAsia="微软雅黑"/>
          <w:b w:val="0"/>
          <w:sz w:val="21"/>
        </w:rPr>
        <w:t>：首次安装自动生成 10 位随机密码并打印；</w:t>
      </w:r>
      <w:r>
        <w:rPr>
          <w:rFonts w:ascii="微软雅黑" w:hAnsi="微软雅黑" w:eastAsia="微软雅黑"/>
          <w:b/>
          <w:sz w:val="21"/>
        </w:rPr>
        <w:t>重装/升级不会改掉你已设的密码</w:t>
      </w:r>
      <w:r>
        <w:rPr>
          <w:rFonts w:ascii="微软雅黑" w:hAnsi="微软雅黑" w:eastAsia="微软雅黑"/>
          <w:b w:val="0"/>
          <w:sz w:val="21"/>
        </w:rPr>
        <w:t>（会显示"沿用已设置的访问密码"）。</w:t>
      </w:r>
    </w:p>
    <w:p>
      <w:pPr>
        <w:pStyle w:val="ListBullet"/>
        <w:spacing w:after="40"/>
      </w:pPr>
      <w:r>
        <w:rPr>
          <w:rFonts w:ascii="微软雅黑" w:hAnsi="微软雅黑" w:eastAsia="微软雅黑"/>
          <w:b w:val="0"/>
          <w:sz w:val="21"/>
        </w:rPr>
        <w:t>忘记密码：</w:t>
      </w:r>
      <w:r>
        <w:rPr>
          <w:rFonts w:ascii="Consolas" w:hAnsi="Consolas" w:eastAsia="微软雅黑"/>
          <w:b w:val="0"/>
          <w:sz w:val="21"/>
        </w:rPr>
        <w:t>sudo /usr/local/sitestats/sitestats passwd -db /var/lib/sitestats/sitestats.db -password 新密码</w:t>
      </w:r>
    </w:p>
    <w:p>
      <w:pPr>
        <w:pStyle w:val="ListBullet"/>
        <w:spacing w:after="40"/>
      </w:pPr>
      <w:r>
        <w:rPr>
          <w:rFonts w:ascii="微软雅黑" w:hAnsi="微软雅黑" w:eastAsia="微软雅黑"/>
          <w:b w:val="0"/>
          <w:sz w:val="21"/>
        </w:rPr>
        <w:t>内网/外网地址默认打不开是正常的：界面默认</w:t>
      </w:r>
      <w:r>
        <w:rPr>
          <w:rFonts w:ascii="微软雅黑" w:hAnsi="微软雅黑" w:eastAsia="微软雅黑"/>
          <w:b/>
          <w:sz w:val="21"/>
        </w:rPr>
        <w:t>只监听本机</w:t>
      </w:r>
      <w:r>
        <w:rPr>
          <w:rFonts w:ascii="微软雅黑" w:hAnsi="微软雅黑" w:eastAsia="微软雅黑"/>
          <w:b w:val="0"/>
          <w:sz w:val="21"/>
        </w:rPr>
        <w:t xml:space="preserve">（更安全）。要直接访问就加 </w:t>
      </w:r>
      <w:r>
        <w:rPr>
          <w:rFonts w:ascii="Consolas" w:hAnsi="Consolas" w:eastAsia="微软雅黑"/>
          <w:b w:val="0"/>
          <w:sz w:val="21"/>
        </w:rPr>
        <w:t>--listen-public</w:t>
      </w:r>
      <w:r>
        <w:rPr>
          <w:rFonts w:ascii="微软雅黑" w:hAnsi="微软雅黑" w:eastAsia="微软雅黑"/>
          <w:b w:val="0"/>
          <w:sz w:val="21"/>
        </w:rPr>
        <w:t>（会同时放行本机 ufw/firewalld；云服务器还需在控制台安全组放行该端口）；推荐用宝塔建站 + 反代。</w:t>
      </w:r>
    </w:p>
    <w:p>
      <w:pPr>
        <w:pStyle w:val="ListBullet"/>
        <w:spacing w:after="40"/>
      </w:pPr>
      <w:r>
        <w:rPr>
          <w:rFonts w:ascii="微软雅黑" w:hAnsi="微软雅黑" w:eastAsia="微软雅黑"/>
          <w:b w:val="0"/>
          <w:sz w:val="21"/>
        </w:rPr>
        <w:t>想看当前状态：</w:t>
      </w:r>
      <w:r>
        <w:rPr>
          <w:rFonts w:ascii="Consolas" w:hAnsi="Consolas" w:eastAsia="微软雅黑"/>
          <w:b w:val="0"/>
          <w:sz w:val="21"/>
        </w:rPr>
        <w:t>bash /usr/local/sitestats/show-info.sh</w:t>
      </w:r>
      <w:r>
        <w:rPr>
          <w:rFonts w:ascii="微软雅黑" w:hAnsi="微软雅黑" w:eastAsia="微软雅黑"/>
          <w:b w:val="0"/>
          <w:sz w:val="21"/>
        </w:rPr>
        <w:t>（随时可再打印一次这段信息）。</w:t>
      </w:r>
    </w:p>
    <w:p>
      <w:pPr>
        <w:pStyle w:val="Heading2"/>
        <w:spacing w:before="200" w:after="100"/>
      </w:pPr>
      <w:r>
        <w:rPr>
          <w:rFonts w:ascii="微软雅黑" w:hAnsi="微软雅黑" w:eastAsia="微软雅黑"/>
          <w:b/>
          <w:sz w:val="28"/>
        </w:rPr>
        <w:t>四之三、端口被占用怎么办</w:t>
      </w:r>
    </w:p>
    <w:p>
      <w:r>
        <w:rPr>
          <w:rFonts w:ascii="微软雅黑" w:hAnsi="微软雅黑" w:eastAsia="微软雅黑"/>
          <w:b w:val="0"/>
        </w:rPr>
        <w:t xml:space="preserve">安装时会检测监听端口（默认 </w:t>
      </w:r>
      <w:r>
        <w:rPr>
          <w:rFonts w:ascii="微软雅黑" w:hAnsi="微软雅黑" w:eastAsia="微软雅黑"/>
          <w:b/>
        </w:rPr>
        <w:t>8899</w:t>
      </w:r>
      <w:r>
        <w:rPr>
          <w:rFonts w:ascii="微软雅黑" w:hAnsi="微软雅黑" w:eastAsia="微软雅黑"/>
          <w:b w:val="0"/>
        </w:rPr>
        <w:t>）：</w:t>
      </w:r>
    </w:p>
    <w:p>
      <w:pPr>
        <w:pStyle w:val="ListBullet"/>
        <w:spacing w:after="40"/>
      </w:pPr>
      <w:r>
        <w:rPr>
          <w:rFonts w:ascii="微软雅黑" w:hAnsi="微软雅黑" w:eastAsia="微软雅黑"/>
          <w:b w:val="0"/>
          <w:sz w:val="21"/>
        </w:rPr>
        <w:t>端口空闲 → 直接用；</w:t>
      </w:r>
    </w:p>
    <w:p>
      <w:pPr>
        <w:pStyle w:val="ListBullet"/>
        <w:spacing w:after="40"/>
      </w:pPr>
      <w:r>
        <w:rPr>
          <w:rFonts w:ascii="微软雅黑" w:hAnsi="微软雅黑" w:eastAsia="微软雅黑"/>
          <w:b w:val="0"/>
          <w:sz w:val="21"/>
        </w:rPr>
        <w:t>端口是</w:t>
      </w:r>
      <w:r>
        <w:rPr>
          <w:rFonts w:ascii="微软雅黑" w:hAnsi="微软雅黑" w:eastAsia="微软雅黑"/>
          <w:b/>
          <w:sz w:val="21"/>
        </w:rPr>
        <w:t>上次装的 SiteStats 自己在用</w:t>
      </w:r>
      <w:r>
        <w:rPr>
          <w:rFonts w:ascii="微软雅黑" w:hAnsi="微软雅黑" w:eastAsia="微软雅黑"/>
          <w:b w:val="0"/>
          <w:sz w:val="21"/>
        </w:rPr>
        <w:t xml:space="preserve"> → 继续用（重装/升级不会乱换端口）；</w:t>
      </w:r>
    </w:p>
    <w:p>
      <w:pPr>
        <w:pStyle w:val="ListBullet"/>
        <w:spacing w:after="40"/>
      </w:pPr>
      <w:r>
        <w:rPr>
          <w:rFonts w:ascii="微软雅黑" w:hAnsi="微软雅黑" w:eastAsia="微软雅黑"/>
          <w:b w:val="0"/>
          <w:sz w:val="21"/>
        </w:rPr>
        <w:t>端口被</w:t>
      </w:r>
      <w:r>
        <w:rPr>
          <w:rFonts w:ascii="微软雅黑" w:hAnsi="微软雅黑" w:eastAsia="微软雅黑"/>
          <w:b/>
          <w:sz w:val="21"/>
        </w:rPr>
        <w:t>其它程序</w:t>
      </w:r>
      <w:r>
        <w:rPr>
          <w:rFonts w:ascii="微软雅黑" w:hAnsi="微软雅黑" w:eastAsia="微软雅黑"/>
          <w:b w:val="0"/>
          <w:sz w:val="21"/>
        </w:rPr>
        <w:t>占用 → 自动往上找下一个可用端口，并打印</w:t>
      </w:r>
    </w:p>
    <w:p>
      <w:r>
        <w:rPr>
          <w:rFonts w:ascii="Consolas" w:hAnsi="Consolas" w:eastAsia="微软雅黑"/>
          <w:b w:val="0"/>
        </w:rPr>
        <w:t>端口 8899 已被其它程序占用，自动改用 8900</w:t>
      </w:r>
      <w:r>
        <w:rPr>
          <w:rFonts w:ascii="微软雅黑" w:hAnsi="微软雅黑" w:eastAsia="微软雅黑"/>
          <w:b w:val="0"/>
        </w:rPr>
        <w:t>，安装完的信息面板里也会显示真实端口。</w:t>
      </w:r>
    </w:p>
    <w:p>
      <w:r>
        <w:rPr>
          <w:rFonts w:ascii="微软雅黑" w:hAnsi="微软雅黑" w:eastAsia="微软雅黑"/>
          <w:b w:val="0"/>
        </w:rPr>
        <w:t>指定端口或放开监听：</w:t>
      </w:r>
    </w:p>
    <w:p>
      <w:pPr>
        <w:ind w:left="340"/>
      </w:pPr>
      <w:r>
        <w:rPr>
          <w:rFonts w:ascii="Consolas" w:hAnsi="Consolas"/>
          <w:color w:val="333333"/>
          <w:sz w:val="18"/>
        </w:rPr>
        <w:t>sudo bash install-online.sh --listen-public                 # 监听所有网卡（默认 8899）</w:t>
        <w:br/>
        <w:t>sudo env SITESTATS_PORT=9000 bash install-online.sh          # 指定起始端口</w:t>
      </w:r>
    </w:p>
    <w:p/>
    <w:p>
      <w:pPr>
        <w:pStyle w:val="Heading2"/>
        <w:spacing w:before="200" w:after="100"/>
      </w:pPr>
      <w:r>
        <w:rPr>
          <w:rFonts w:ascii="微软雅黑" w:hAnsi="微软雅黑" w:eastAsia="微软雅黑"/>
          <w:b/>
          <w:sz w:val="28"/>
        </w:rPr>
        <w:t>四之四、反向代理配置（把界面挂到域名上）</w:t>
      </w:r>
    </w:p>
    <w:p>
      <w:r>
        <w:rPr>
          <w:rFonts w:ascii="微软雅黑" w:hAnsi="微软雅黑" w:eastAsia="微软雅黑"/>
          <w:b w:val="0"/>
        </w:rPr>
        <w:t>推荐写法（宝塔：网站 → 设置 → 反向代理，或直接写进站点配置）：</w:t>
      </w:r>
    </w:p>
    <w:p>
      <w:pPr>
        <w:ind w:left="340"/>
      </w:pPr>
      <w:r>
        <w:rPr>
          <w:rFonts w:ascii="Consolas" w:hAnsi="Consolas"/>
          <w:color w:val="333333"/>
          <w:sz w:val="18"/>
        </w:rPr>
        <w:t>location / {</w:t>
        <w:br/>
        <w:t xml:space="preserve">    proxy_pass http://127.0.0.1:8899;</w:t>
        <w:br/>
        <w:t xml:space="preserve">    proxy_http_version 1.1;</w:t>
        <w:br/>
        <w:t xml:space="preserve">    proxy_set_header Host $host;</w:t>
        <w:br/>
        <w:t xml:space="preserve">    proxy_set_header X-Real-IP $remote_addr;</w:t>
        <w:br/>
        <w:t xml:space="preserve">    proxy_set_header X-Forwarded-For $proxy_add_x_forwarded_for;</w:t>
        <w:br/>
        <w:t xml:space="preserve">    proxy_read_timeout 300s;</w:t>
        <w:br/>
        <w:t xml:space="preserve">    client_max_body_size 50m;</w:t>
        <w:br/>
        <w:t>}</w:t>
      </w:r>
    </w:p>
    <w:p>
      <w:r>
        <w:rPr>
          <w:rFonts w:ascii="微软雅黑" w:hAnsi="微软雅黑" w:eastAsia="微软雅黑"/>
          <w:b/>
        </w:rPr>
        <w:t>要点（含常见写法的问题）</w:t>
      </w:r>
    </w:p>
    <w:p>
      <w:pPr>
        <w:pStyle w:val="ListBullet"/>
        <w:spacing w:after="40"/>
      </w:pPr>
      <w:r>
        <w:rPr>
          <w:rFonts w:ascii="微软雅黑" w:hAnsi="微软雅黑" w:eastAsia="微软雅黑"/>
          <w:b/>
          <w:sz w:val="21"/>
        </w:rPr>
        <w:t>必须挂在站点根目录</w:t>
      </w:r>
      <w:r>
        <w:rPr>
          <w:rFonts w:ascii="微软雅黑" w:hAnsi="微软雅黑" w:eastAsia="微软雅黑"/>
          <w:b w:val="0"/>
          <w:sz w:val="21"/>
        </w:rPr>
        <w:t xml:space="preserve">：用子域名（如 </w:t>
      </w:r>
      <w:r>
        <w:rPr>
          <w:rFonts w:ascii="Consolas" w:hAnsi="Consolas" w:eastAsia="微软雅黑"/>
          <w:b w:val="0"/>
          <w:sz w:val="21"/>
        </w:rPr>
        <w:t>stats.你的域名.com</w:t>
      </w:r>
      <w:r>
        <w:rPr>
          <w:rFonts w:ascii="微软雅黑" w:hAnsi="微软雅黑" w:eastAsia="微软雅黑"/>
          <w:b w:val="0"/>
          <w:sz w:val="21"/>
        </w:rPr>
        <w:t xml:space="preserve">），不要挂子目录。页面里的 </w:t>
      </w:r>
      <w:r>
        <w:rPr>
          <w:rFonts w:ascii="Consolas" w:hAnsi="Consolas" w:eastAsia="微软雅黑"/>
          <w:b w:val="0"/>
          <w:sz w:val="21"/>
        </w:rPr>
        <w:t>/app.js</w:t>
      </w:r>
      <w:r>
        <w:rPr>
          <w:rFonts w:ascii="微软雅黑" w:hAnsi="微软雅黑" w:eastAsia="微软雅黑"/>
          <w:b w:val="0"/>
          <w:sz w:val="21"/>
        </w:rPr>
        <w:t>、</w:t>
      </w:r>
      <w:r>
        <w:rPr>
          <w:rFonts w:ascii="Consolas" w:hAnsi="Consolas" w:eastAsia="微软雅黑"/>
          <w:b w:val="0"/>
          <w:sz w:val="21"/>
        </w:rPr>
        <w:t>/api/...</w:t>
      </w:r>
      <w:r>
        <w:rPr>
          <w:rFonts w:ascii="微软雅黑" w:hAnsi="微软雅黑" w:eastAsia="微软雅黑"/>
          <w:b w:val="0"/>
          <w:sz w:val="21"/>
        </w:rPr>
        <w:t xml:space="preserve"> 都是绝对路径，挂成 </w:t>
      </w:r>
      <w:r>
        <w:rPr>
          <w:rFonts w:ascii="Consolas" w:hAnsi="Consolas" w:eastAsia="微软雅黑"/>
          <w:b w:val="0"/>
          <w:sz w:val="21"/>
        </w:rPr>
        <w:t>域名/stats/</w:t>
      </w:r>
      <w:r>
        <w:rPr>
          <w:rFonts w:ascii="微软雅黑" w:hAnsi="微软雅黑" w:eastAsia="微软雅黑"/>
          <w:b w:val="0"/>
          <w:sz w:val="21"/>
        </w:rPr>
        <w:t xml:space="preserve"> 会整页 404。</w:t>
      </w:r>
    </w:p>
    <w:p>
      <w:pPr>
        <w:pStyle w:val="ListBullet"/>
        <w:spacing w:after="40"/>
      </w:pPr>
      <w:r>
        <w:rPr>
          <w:rFonts w:ascii="Consolas" w:hAnsi="Consolas" w:eastAsia="微软雅黑"/>
          <w:b w:val="0"/>
          <w:sz w:val="21"/>
        </w:rPr>
        <w:t>proxy_set_header Host</w:t>
      </w:r>
      <w:r>
        <w:rPr>
          <w:rFonts w:ascii="微软雅黑" w:hAnsi="微软雅黑" w:eastAsia="微软雅黑"/>
          <w:b w:val="0"/>
          <w:sz w:val="21"/>
        </w:rPr>
        <w:t xml:space="preserve">：推荐 </w:t>
      </w:r>
      <w:r>
        <w:rPr>
          <w:rFonts w:ascii="Consolas" w:hAnsi="Consolas" w:eastAsia="微软雅黑"/>
          <w:b w:val="0"/>
          <w:sz w:val="21"/>
        </w:rPr>
        <w:t>$host</w:t>
      </w:r>
      <w:r>
        <w:rPr>
          <w:rFonts w:ascii="微软雅黑" w:hAnsi="微软雅黑" w:eastAsia="微软雅黑"/>
          <w:b w:val="0"/>
          <w:sz w:val="21"/>
        </w:rPr>
        <w:t xml:space="preserve">（保留原始域名）。写成 </w:t>
      </w:r>
      <w:r>
        <w:rPr>
          <w:rFonts w:ascii="Consolas" w:hAnsi="Consolas" w:eastAsia="微软雅黑"/>
          <w:b w:val="0"/>
          <w:sz w:val="21"/>
        </w:rPr>
        <w:t>proxy_set_header Host 127.0.0.1;</w:t>
      </w:r>
      <w:r>
        <w:rPr>
          <w:rFonts w:ascii="微软雅黑" w:hAnsi="微软雅黑" w:eastAsia="微软雅黑"/>
          <w:b w:val="0"/>
          <w:sz w:val="21"/>
        </w:rPr>
        <w:t xml:space="preserve"> </w:t>
      </w:r>
      <w:r>
        <w:rPr>
          <w:rFonts w:ascii="微软雅黑" w:hAnsi="微软雅黑" w:eastAsia="微软雅黑"/>
          <w:b/>
          <w:sz w:val="21"/>
        </w:rPr>
        <w:t>也能正常跑</w:t>
      </w:r>
      <w:r>
        <w:rPr>
          <w:rFonts w:ascii="微软雅黑" w:hAnsi="微软雅黑" w:eastAsia="微软雅黑"/>
          <w:b w:val="0"/>
          <w:sz w:val="21"/>
        </w:rPr>
        <w:t>（SiteStats 不按域名分流，实测 HTTP 200）。</w:t>
      </w:r>
    </w:p>
    <w:p>
      <w:pPr>
        <w:pStyle w:val="ListBullet"/>
        <w:spacing w:after="40"/>
      </w:pPr>
      <w:r>
        <w:rPr>
          <w:rFonts w:ascii="Consolas" w:hAnsi="Consolas" w:eastAsia="微软雅黑"/>
          <w:b w:val="0"/>
          <w:sz w:val="21"/>
        </w:rPr>
        <w:t>proxy_set_header Upgrade $http_upgrade;</w:t>
      </w:r>
      <w:r>
        <w:rPr>
          <w:rFonts w:ascii="微软雅黑" w:hAnsi="微软雅黑" w:eastAsia="微软雅黑"/>
          <w:b w:val="0"/>
          <w:sz w:val="21"/>
        </w:rPr>
        <w:t xml:space="preserve"> / </w:t>
      </w:r>
      <w:r>
        <w:rPr>
          <w:rFonts w:ascii="Consolas" w:hAnsi="Consolas" w:eastAsia="微软雅黑"/>
          <w:b w:val="0"/>
          <w:sz w:val="21"/>
        </w:rPr>
        <w:t>Connection $connection_upgrade;</w:t>
      </w:r>
      <w:r>
        <w:rPr>
          <w:rFonts w:ascii="微软雅黑" w:hAnsi="微软雅黑" w:eastAsia="微软雅黑"/>
          <w:b w:val="0"/>
          <w:sz w:val="21"/>
        </w:rPr>
        <w:t xml:space="preserve">（宝塔模板里常见的两行）：SiteStats </w:t>
      </w:r>
      <w:r>
        <w:rPr>
          <w:rFonts w:ascii="微软雅黑" w:hAnsi="微软雅黑" w:eastAsia="微软雅黑"/>
          <w:b/>
          <w:sz w:val="21"/>
        </w:rPr>
        <w:t>不用 WebSocket</w:t>
      </w:r>
      <w:r>
        <w:rPr>
          <w:rFonts w:ascii="微软雅黑" w:hAnsi="微软雅黑" w:eastAsia="微软雅黑"/>
          <w:b w:val="0"/>
          <w:sz w:val="21"/>
        </w:rPr>
        <w:t xml:space="preserve">（界面每 10 秒轮询实时数据），删掉更干净。留着也不会报错 —— </w:t>
      </w:r>
      <w:r>
        <w:rPr>
          <w:rFonts w:ascii="Consolas" w:hAnsi="Consolas" w:eastAsia="微软雅黑"/>
          <w:b w:val="0"/>
          <w:sz w:val="21"/>
        </w:rPr>
        <w:t>$connection_upgrade</w:t>
      </w:r>
      <w:r>
        <w:rPr>
          <w:rFonts w:ascii="微软雅黑" w:hAnsi="微软雅黑" w:eastAsia="微软雅黑"/>
          <w:b w:val="0"/>
          <w:sz w:val="21"/>
        </w:rPr>
        <w:t xml:space="preserve"> 由宝塔全局文件 </w:t>
      </w:r>
      <w:r>
        <w:rPr>
          <w:rFonts w:ascii="Consolas" w:hAnsi="Consolas" w:eastAsia="微软雅黑"/>
          <w:b w:val="0"/>
          <w:sz w:val="21"/>
        </w:rPr>
        <w:t>vhost/nginx/0.websocket.conf</w:t>
      </w:r>
      <w:r>
        <w:rPr>
          <w:rFonts w:ascii="微软雅黑" w:hAnsi="微软雅黑" w:eastAsia="微软雅黑"/>
          <w:b w:val="0"/>
          <w:sz w:val="21"/>
        </w:rPr>
        <w:t xml:space="preserve"> 定义，本机实测带这两行请求返回 200。</w:t>
      </w:r>
    </w:p>
    <w:p>
      <w:pPr>
        <w:pStyle w:val="ListBullet"/>
        <w:spacing w:after="40"/>
      </w:pPr>
      <w:r>
        <w:rPr>
          <w:rFonts w:ascii="微软雅黑" w:hAnsi="微软雅黑" w:eastAsia="微软雅黑"/>
          <w:b w:val="0"/>
          <w:sz w:val="21"/>
        </w:rPr>
        <w:t xml:space="preserve">建议加 </w:t>
      </w:r>
      <w:r>
        <w:rPr>
          <w:rFonts w:ascii="Consolas" w:hAnsi="Consolas" w:eastAsia="微软雅黑"/>
          <w:b w:val="0"/>
          <w:sz w:val="21"/>
        </w:rPr>
        <w:t>proxy_read_timeout 300s</w:t>
      </w:r>
      <w:r>
        <w:rPr>
          <w:rFonts w:ascii="微软雅黑" w:hAnsi="微软雅黑" w:eastAsia="微软雅黑"/>
          <w:b w:val="0"/>
          <w:sz w:val="21"/>
        </w:rPr>
        <w:t xml:space="preserve">（导出大 CSV、跨月查询不会 502）与 </w:t>
      </w:r>
      <w:r>
        <w:rPr>
          <w:rFonts w:ascii="Consolas" w:hAnsi="Consolas" w:eastAsia="微软雅黑"/>
          <w:b w:val="0"/>
          <w:sz w:val="21"/>
        </w:rPr>
        <w:t>client_max_body_size 50m</w:t>
      </w:r>
      <w:r>
        <w:rPr>
          <w:rFonts w:ascii="微软雅黑" w:hAnsi="微软雅黑" w:eastAsia="微软雅黑"/>
          <w:b w:val="0"/>
          <w:sz w:val="21"/>
        </w:rPr>
        <w:t>。</w:t>
      </w:r>
    </w:p>
    <w:p>
      <w:pPr>
        <w:pStyle w:val="ListBullet"/>
        <w:spacing w:after="40"/>
      </w:pPr>
      <w:r>
        <w:rPr>
          <w:rFonts w:ascii="微软雅黑" w:hAnsi="微软雅黑" w:eastAsia="微软雅黑"/>
          <w:b w:val="0"/>
          <w:sz w:val="21"/>
        </w:rPr>
        <w:t>代理配好后</w:t>
      </w:r>
      <w:r>
        <w:rPr>
          <w:rFonts w:ascii="微软雅黑" w:hAnsi="微软雅黑" w:eastAsia="微软雅黑"/>
          <w:b/>
          <w:sz w:val="21"/>
        </w:rPr>
        <w:t>记得申请证书并开启 HTTPS</w:t>
      </w:r>
      <w:r>
        <w:rPr>
          <w:rFonts w:ascii="微软雅黑" w:hAnsi="微软雅黑" w:eastAsia="微软雅黑"/>
          <w:b w:val="0"/>
          <w:sz w:val="21"/>
        </w:rPr>
        <w:t>（界面登录密码会明文走代理，必须加密）。</w:t>
      </w:r>
    </w:p>
    <w:p>
      <w:r>
        <w:rPr>
          <w:rFonts w:ascii="微软雅黑" w:hAnsi="微软雅黑" w:eastAsia="微软雅黑"/>
          <w:b/>
        </w:rPr>
        <w:t>自检（服务器上执行，域名换成你的）</w:t>
      </w:r>
    </w:p>
    <w:p>
      <w:pPr>
        <w:ind w:left="340"/>
      </w:pPr>
      <w:r>
        <w:rPr>
          <w:rFonts w:ascii="Consolas" w:hAnsi="Consolas"/>
          <w:color w:val="333333"/>
          <w:sz w:val="18"/>
        </w:rPr>
        <w:t># 从本机直接打 443，不走 DNS，确认代理链路通</w:t>
        <w:br/>
        <w:t>curl -sI --resolve 你的域名.com:443:127.0.0.1 https://你的域名.com/ | head -1        # 期望 HTTP/2 200 或 200</w:t>
        <w:br/>
        <w:t>curl -s  --resolve 你的域名.com:443:127.0.0.1 https://你的域名.com/api/health        # 期望 {"ok":true,...}</w:t>
      </w:r>
    </w:p>
    <w:p/>
    <w:p>
      <w:pPr>
        <w:pStyle w:val="Heading2"/>
        <w:spacing w:before="200" w:after="100"/>
      </w:pPr>
      <w:r>
        <w:rPr>
          <w:rFonts w:ascii="微软雅黑" w:hAnsi="微软雅黑" w:eastAsia="微软雅黑"/>
          <w:b/>
          <w:sz w:val="28"/>
        </w:rPr>
        <w:t>四之五、中心站点（多台服务器统一查看）</w:t>
      </w:r>
    </w:p>
    <w:p>
      <w:r>
        <w:rPr>
          <w:rFonts w:ascii="微软雅黑" w:hAnsi="微软雅黑" w:eastAsia="微软雅黑"/>
          <w:b w:val="0"/>
        </w:rPr>
        <w:t>一台装 SiteStats 的服务器可以当</w:t>
      </w:r>
      <w:r>
        <w:rPr>
          <w:rFonts w:ascii="微软雅黑" w:hAnsi="微软雅黑" w:eastAsia="微软雅黑"/>
          <w:b/>
        </w:rPr>
        <w:t>中心站</w:t>
      </w:r>
      <w:r>
        <w:rPr>
          <w:rFonts w:ascii="微软雅黑" w:hAnsi="微软雅黑" w:eastAsia="微软雅黑"/>
          <w:b w:val="0"/>
        </w:rPr>
        <w:t>，把多台服务器的流量汇总到一起看。</w:t>
      </w:r>
    </w:p>
    <w:p>
      <w:r>
        <w:rPr>
          <w:rFonts w:ascii="微软雅黑" w:hAnsi="微软雅黑" w:eastAsia="微软雅黑"/>
          <w:b/>
        </w:rPr>
        <w:t>中心站这边（一次性）</w:t>
      </w:r>
    </w:p>
    <w:p>
      <w:pPr>
        <w:pStyle w:val="ListBullet"/>
        <w:spacing w:after="40"/>
      </w:pPr>
      <w:r>
        <w:rPr>
          <w:rFonts w:ascii="微软雅黑" w:hAnsi="微软雅黑" w:eastAsia="微软雅黑"/>
          <w:b w:val="0"/>
          <w:sz w:val="21"/>
        </w:rPr>
        <w:t xml:space="preserve">打开界面 → 左栏「中心站点」→ 填个节点名（如 </w:t>
      </w:r>
      <w:r>
        <w:rPr>
          <w:rFonts w:ascii="Consolas" w:hAnsi="Consolas" w:eastAsia="微软雅黑"/>
          <w:b w:val="0"/>
          <w:sz w:val="21"/>
        </w:rPr>
        <w:t>aliyun-hk-01</w:t>
      </w:r>
      <w:r>
        <w:rPr>
          <w:rFonts w:ascii="微软雅黑" w:hAnsi="微软雅黑" w:eastAsia="微软雅黑"/>
          <w:b w:val="0"/>
          <w:sz w:val="21"/>
        </w:rPr>
        <w:t>）→ 点「添加节点」</w:t>
      </w:r>
    </w:p>
    <w:p>
      <w:pPr>
        <w:pStyle w:val="ListBullet"/>
        <w:spacing w:after="40"/>
      </w:pPr>
      <w:r>
        <w:rPr>
          <w:rFonts w:ascii="微软雅黑" w:hAnsi="微软雅黑" w:eastAsia="微软雅黑"/>
          <w:b w:val="0"/>
          <w:sz w:val="21"/>
        </w:rPr>
        <w:t>页面会给出</w:t>
      </w:r>
      <w:r>
        <w:rPr>
          <w:rFonts w:ascii="微软雅黑" w:hAnsi="微软雅黑" w:eastAsia="微软雅黑"/>
          <w:b/>
          <w:sz w:val="21"/>
        </w:rPr>
        <w:t>节点令牌</w:t>
      </w:r>
      <w:r>
        <w:rPr>
          <w:rFonts w:ascii="微软雅黑" w:hAnsi="微软雅黑" w:eastAsia="微软雅黑"/>
          <w:b w:val="0"/>
          <w:sz w:val="21"/>
        </w:rPr>
        <w:t>和一行</w:t>
      </w:r>
      <w:r>
        <w:rPr>
          <w:rFonts w:ascii="微软雅黑" w:hAnsi="微软雅黑" w:eastAsia="微软雅黑"/>
          <w:b/>
          <w:sz w:val="21"/>
        </w:rPr>
        <w:t>接入命令</w:t>
      </w:r>
      <w:r>
        <w:rPr>
          <w:rFonts w:ascii="微软雅黑" w:hAnsi="微软雅黑" w:eastAsia="微软雅黑"/>
          <w:b w:val="0"/>
          <w:sz w:val="21"/>
        </w:rPr>
        <w:t>，复制那行命令</w:t>
      </w:r>
    </w:p>
    <w:p>
      <w:r>
        <w:rPr>
          <w:rFonts w:ascii="微软雅黑" w:hAnsi="微软雅黑" w:eastAsia="微软雅黑"/>
          <w:b/>
        </w:rPr>
        <w:t>其它服务器这边（root 执行那行命令）</w:t>
      </w:r>
    </w:p>
    <w:p>
      <w:pPr>
        <w:ind w:left="340"/>
      </w:pPr>
      <w:r>
        <w:rPr>
          <w:rFonts w:ascii="Consolas" w:hAnsi="Consolas"/>
          <w:color w:val="333333"/>
          <w:sz w:val="18"/>
        </w:rPr>
        <w:t>curl -fsSL https://download.gzmowo.cn/sitestats/install-online.sh | sudo bash -s -- --center https://你的中心站域名 --token nd_xxxxxxxx</w:t>
      </w:r>
    </w:p>
    <w:p>
      <w:r>
        <w:rPr>
          <w:rFonts w:ascii="微软雅黑" w:hAnsi="微软雅黑" w:eastAsia="微软雅黑"/>
          <w:b w:val="0"/>
        </w:rPr>
        <w:t xml:space="preserve">装完会多一个 </w:t>
      </w:r>
      <w:r>
        <w:rPr>
          <w:rFonts w:ascii="Consolas" w:hAnsi="Consolas" w:eastAsia="微软雅黑"/>
          <w:b w:val="0"/>
        </w:rPr>
        <w:t>sitestats-report.service</w:t>
      </w:r>
      <w:r>
        <w:rPr>
          <w:rFonts w:ascii="微软雅黑" w:hAnsi="微软雅黑" w:eastAsia="微软雅黑"/>
          <w:b w:val="0"/>
        </w:rPr>
        <w:t>（每 60 秒上报一次聚合数据）：</w:t>
      </w:r>
    </w:p>
    <w:p>
      <w:pPr>
        <w:ind w:left="340"/>
      </w:pPr>
      <w:r>
        <w:rPr>
          <w:rFonts w:ascii="Consolas" w:hAnsi="Consolas"/>
          <w:color w:val="333333"/>
          <w:sz w:val="18"/>
        </w:rPr>
        <w:t>systemctl status sitestats-report     # 上报服务状态</w:t>
        <w:br/>
        <w:t>sudo bash /usr/local/sitestats/show-info.sh   # 看「中心站点上报」是否已开启</w:t>
        <w:br/>
        <w:t>journalctl -u sitestats-report -n 20  # 上报日志</w:t>
      </w:r>
    </w:p>
    <w:p>
      <w:r>
        <w:rPr>
          <w:rFonts w:ascii="微软雅黑" w:hAnsi="微软雅黑" w:eastAsia="微软雅黑"/>
          <w:b/>
        </w:rPr>
        <w:t>说明</w:t>
      </w:r>
    </w:p>
    <w:p>
      <w:pPr>
        <w:pStyle w:val="ListBullet"/>
        <w:spacing w:after="40"/>
      </w:pPr>
      <w:r>
        <w:rPr>
          <w:rFonts w:ascii="微软雅黑" w:hAnsi="微软雅黑" w:eastAsia="微软雅黑"/>
          <w:b w:val="0"/>
          <w:sz w:val="21"/>
        </w:rPr>
        <w:t>探针</w:t>
      </w:r>
      <w:r>
        <w:rPr>
          <w:rFonts w:ascii="微软雅黑" w:hAnsi="微软雅黑" w:eastAsia="微软雅黑"/>
          <w:b/>
          <w:sz w:val="21"/>
        </w:rPr>
        <w:t>只上报聚合值</w:t>
      </w:r>
      <w:r>
        <w:rPr>
          <w:rFonts w:ascii="微软雅黑" w:hAnsi="微软雅黑" w:eastAsia="微软雅黑"/>
          <w:b w:val="0"/>
          <w:sz w:val="21"/>
        </w:rPr>
        <w:t>（请求数/PV/UV/IP/蜘蛛/慢/流量/状态码/TOP 榜单），不上报原始日志</w:t>
      </w:r>
    </w:p>
    <w:p>
      <w:pPr>
        <w:pStyle w:val="ListBullet"/>
        <w:spacing w:after="40"/>
      </w:pPr>
      <w:r>
        <w:rPr>
          <w:rFonts w:ascii="微软雅黑" w:hAnsi="微软雅黑" w:eastAsia="微软雅黑"/>
          <w:b w:val="0"/>
          <w:sz w:val="21"/>
        </w:rPr>
        <w:t>中心端「今日」数字与探针本机</w:t>
      </w:r>
      <w:r>
        <w:rPr>
          <w:rFonts w:ascii="微软雅黑" w:hAnsi="微软雅黑" w:eastAsia="微软雅黑"/>
          <w:b/>
          <w:sz w:val="21"/>
        </w:rPr>
        <w:t>完全一致</w:t>
      </w:r>
      <w:r>
        <w:rPr>
          <w:rFonts w:ascii="微软雅黑" w:hAnsi="微软雅黑" w:eastAsia="微软雅黑"/>
          <w:b w:val="0"/>
          <w:sz w:val="21"/>
        </w:rPr>
        <w:t>（直接存探针的日值），小时级数据来自分钟级上报</w:t>
      </w:r>
    </w:p>
    <w:p>
      <w:pPr>
        <w:pStyle w:val="ListBullet"/>
        <w:spacing w:after="40"/>
      </w:pPr>
      <w:r>
        <w:rPr>
          <w:rFonts w:ascii="微软雅黑" w:hAnsi="微软雅黑" w:eastAsia="微软雅黑"/>
          <w:b w:val="0"/>
          <w:sz w:val="21"/>
        </w:rPr>
        <w:t>断网或中心站重启不会丢数据：上报失败会缓存在本地（保留 24 小时），恢复后自动补发</w:t>
      </w:r>
    </w:p>
    <w:p>
      <w:pPr>
        <w:pStyle w:val="ListBullet"/>
        <w:spacing w:after="40"/>
      </w:pPr>
      <w:r>
        <w:rPr>
          <w:rFonts w:ascii="微软雅黑" w:hAnsi="微软雅黑" w:eastAsia="微软雅黑"/>
          <w:b w:val="0"/>
          <w:sz w:val="21"/>
        </w:rPr>
        <w:t>节点 3 分钟没有上报就显示「离线」，删节点即令牌失效</w:t>
      </w:r>
    </w:p>
    <w:p>
      <w:pPr>
        <w:pStyle w:val="ListBullet"/>
        <w:spacing w:after="40"/>
      </w:pPr>
      <w:r>
        <w:rPr>
          <w:rFonts w:ascii="微软雅黑" w:hAnsi="微软雅黑" w:eastAsia="微软雅黑"/>
          <w:b w:val="0"/>
          <w:sz w:val="21"/>
        </w:rPr>
        <w:t>中心站</w:t>
      </w:r>
      <w:r>
        <w:rPr>
          <w:rFonts w:ascii="微软雅黑" w:hAnsi="微软雅黑" w:eastAsia="微软雅黑"/>
          <w:b/>
          <w:sz w:val="21"/>
        </w:rPr>
        <w:t>必须用 HTTPS</w:t>
      </w:r>
      <w:r>
        <w:rPr>
          <w:rFonts w:ascii="微软雅黑" w:hAnsi="微软雅黑" w:eastAsia="微软雅黑"/>
          <w:b w:val="0"/>
          <w:sz w:val="21"/>
        </w:rPr>
        <w:t>（令牌走请求头），反代配置见上一节</w:t>
      </w:r>
    </w:p>
    <w:p/>
    <w:p>
      <w:pPr>
        <w:pStyle w:val="Heading2"/>
        <w:spacing w:before="200" w:after="100"/>
      </w:pPr>
      <w:r>
        <w:rPr>
          <w:rFonts w:ascii="微软雅黑" w:hAnsi="微软雅黑" w:eastAsia="微软雅黑"/>
          <w:b/>
          <w:sz w:val="28"/>
        </w:rPr>
        <w:t>五、日常运维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shd w:val="clear" w:fill="F2D6D3"/>
          </w:tcPr>
          <w:p>
            <w:pPr>
              <w:spacing w:before="40" w:after="40"/>
            </w:pPr>
            <w:r>
              <w:rPr>
                <w:rFonts w:ascii="微软雅黑" w:hAnsi="微软雅黑" w:eastAsia="微软雅黑"/>
                <w:b/>
                <w:sz w:val="18"/>
              </w:rPr>
              <w:t>操作</w:t>
            </w:r>
          </w:p>
        </w:tc>
        <w:tc>
          <w:tcPr>
            <w:tcW w:type="dxa" w:w="4986"/>
            <w:shd w:val="clear" w:fill="F2D6D3"/>
          </w:tcPr>
          <w:p>
            <w:pPr>
              <w:spacing w:before="40" w:after="40"/>
            </w:pPr>
            <w:r>
              <w:rPr>
                <w:rFonts w:ascii="微软雅黑" w:hAnsi="微软雅黑" w:eastAsia="微软雅黑"/>
                <w:b/>
                <w:sz w:val="18"/>
              </w:rPr>
              <w:t>命令</w:t>
            </w:r>
          </w:p>
        </w:tc>
      </w:tr>
      <w:tr>
        <w:tc>
          <w:tcPr>
            <w:tcW w:type="dxa" w:w="4986"/>
          </w:tcPr>
          <w:p>
            <w:pPr>
              <w:spacing w:before="40" w:after="40"/>
            </w:pPr>
            <w:r>
              <w:rPr>
                <w:rFonts w:ascii="微软雅黑" w:hAnsi="微软雅黑" w:eastAsia="微软雅黑"/>
                <w:b w:val="0"/>
                <w:sz w:val="18"/>
              </w:rPr>
              <w:t>查看状态</w:t>
            </w:r>
          </w:p>
        </w:tc>
        <w:tc>
          <w:tcPr>
            <w:tcW w:type="dxa" w:w="4986"/>
          </w:tcPr>
          <w:p>
            <w:pPr>
              <w:spacing w:before="40" w:after="40"/>
            </w:pPr>
            <w:r>
              <w:rPr>
                <w:rFonts w:ascii="Consolas" w:hAnsi="Consolas" w:eastAsia="微软雅黑"/>
                <w:b w:val="0"/>
                <w:sz w:val="18"/>
              </w:rPr>
              <w:t>systemctl status sitestats sitestats-web</w:t>
            </w:r>
          </w:p>
        </w:tc>
      </w:tr>
      <w:tr>
        <w:tc>
          <w:tcPr>
            <w:tcW w:type="dxa" w:w="4986"/>
          </w:tcPr>
          <w:p>
            <w:pPr>
              <w:spacing w:before="40" w:after="40"/>
            </w:pPr>
            <w:r>
              <w:rPr>
                <w:rFonts w:ascii="微软雅黑" w:hAnsi="微软雅黑" w:eastAsia="微软雅黑"/>
                <w:b w:val="0"/>
                <w:sz w:val="18"/>
              </w:rPr>
              <w:t>重启</w:t>
            </w:r>
          </w:p>
        </w:tc>
        <w:tc>
          <w:tcPr>
            <w:tcW w:type="dxa" w:w="4986"/>
          </w:tcPr>
          <w:p>
            <w:pPr>
              <w:spacing w:before="40" w:after="40"/>
            </w:pPr>
            <w:r>
              <w:rPr>
                <w:rFonts w:ascii="Consolas" w:hAnsi="Consolas" w:eastAsia="微软雅黑"/>
                <w:b w:val="0"/>
                <w:sz w:val="18"/>
              </w:rPr>
              <w:t>systemctl restart sitestats sitestats-web</w:t>
            </w:r>
          </w:p>
        </w:tc>
      </w:tr>
      <w:tr>
        <w:tc>
          <w:tcPr>
            <w:tcW w:type="dxa" w:w="4986"/>
          </w:tcPr>
          <w:p>
            <w:pPr>
              <w:spacing w:before="40" w:after="40"/>
            </w:pPr>
            <w:r>
              <w:rPr>
                <w:rFonts w:ascii="微软雅黑" w:hAnsi="微软雅黑" w:eastAsia="微软雅黑"/>
                <w:b w:val="0"/>
                <w:sz w:val="18"/>
              </w:rPr>
              <w:t>日志</w:t>
            </w:r>
          </w:p>
        </w:tc>
        <w:tc>
          <w:tcPr>
            <w:tcW w:type="dxa" w:w="4986"/>
          </w:tcPr>
          <w:p>
            <w:pPr>
              <w:spacing w:before="40" w:after="40"/>
            </w:pPr>
            <w:r>
              <w:rPr>
                <w:rFonts w:ascii="Consolas" w:hAnsi="Consolas" w:eastAsia="微软雅黑"/>
                <w:b w:val="0"/>
                <w:sz w:val="18"/>
              </w:rPr>
              <w:t>tail -f /var/log/sitestats.log</w:t>
            </w:r>
            <w:r>
              <w:rPr>
                <w:rFonts w:ascii="微软雅黑" w:hAnsi="微软雅黑" w:eastAsia="微软雅黑"/>
                <w:b w:val="0"/>
                <w:sz w:val="18"/>
              </w:rPr>
              <w:t>、</w:t>
            </w:r>
            <w:r>
              <w:rPr>
                <w:rFonts w:ascii="Consolas" w:hAnsi="Consolas" w:eastAsia="微软雅黑"/>
                <w:b w:val="0"/>
                <w:sz w:val="18"/>
              </w:rPr>
              <w:t>journalctl -u sitestats-web -n 50</w:t>
            </w:r>
          </w:p>
        </w:tc>
      </w:tr>
      <w:tr>
        <w:tc>
          <w:tcPr>
            <w:tcW w:type="dxa" w:w="4986"/>
          </w:tcPr>
          <w:p>
            <w:pPr>
              <w:spacing w:before="40" w:after="40"/>
            </w:pPr>
            <w:r>
              <w:rPr>
                <w:rFonts w:ascii="微软雅黑" w:hAnsi="微软雅黑" w:eastAsia="微软雅黑"/>
                <w:b w:val="0"/>
                <w:sz w:val="18"/>
              </w:rPr>
              <w:t>数据目录</w:t>
            </w:r>
          </w:p>
        </w:tc>
        <w:tc>
          <w:tcPr>
            <w:tcW w:type="dxa" w:w="4986"/>
          </w:tcPr>
          <w:p>
            <w:pPr>
              <w:spacing w:before="40" w:after="40"/>
            </w:pPr>
            <w:r>
              <w:rPr>
                <w:rFonts w:ascii="Consolas" w:hAnsi="Consolas" w:eastAsia="微软雅黑"/>
                <w:b w:val="0"/>
                <w:sz w:val="18"/>
              </w:rPr>
              <w:t>/var/lib/sitestats/</w:t>
            </w:r>
            <w:r>
              <w:rPr>
                <w:rFonts w:ascii="微软雅黑" w:hAnsi="微软雅黑" w:eastAsia="微软雅黑"/>
                <w:b w:val="0"/>
                <w:sz w:val="18"/>
              </w:rPr>
              <w:t xml:space="preserve">（主库 </w:t>
            </w:r>
            <w:r>
              <w:rPr>
                <w:rFonts w:ascii="Consolas" w:hAnsi="Consolas" w:eastAsia="微软雅黑"/>
                <w:b w:val="0"/>
                <w:sz w:val="18"/>
              </w:rPr>
              <w:t>sitestats.db</w:t>
            </w:r>
            <w:r>
              <w:rPr>
                <w:rFonts w:ascii="微软雅黑" w:hAnsi="微软雅黑" w:eastAsia="微软雅黑"/>
                <w:b w:val="0"/>
                <w:sz w:val="18"/>
              </w:rPr>
              <w:t xml:space="preserve"> + 按天明细 </w:t>
            </w:r>
            <w:r>
              <w:rPr>
                <w:rFonts w:ascii="Consolas" w:hAnsi="Consolas" w:eastAsia="微软雅黑"/>
                <w:b w:val="0"/>
                <w:sz w:val="18"/>
              </w:rPr>
              <w:t>detail-YYYYMMDD.db</w:t>
            </w:r>
            <w:r>
              <w:rPr>
                <w:rFonts w:ascii="微软雅黑" w:hAnsi="微软雅黑" w:eastAsia="微软雅黑"/>
                <w:b w:val="0"/>
                <w:sz w:val="18"/>
              </w:rPr>
              <w:t>）</w:t>
            </w:r>
          </w:p>
        </w:tc>
      </w:tr>
      <w:tr>
        <w:tc>
          <w:tcPr>
            <w:tcW w:type="dxa" w:w="4986"/>
          </w:tcPr>
          <w:p>
            <w:pPr>
              <w:spacing w:before="40" w:after="40"/>
            </w:pPr>
            <w:r>
              <w:rPr>
                <w:rFonts w:ascii="微软雅黑" w:hAnsi="微软雅黑" w:eastAsia="微软雅黑"/>
                <w:b w:val="0"/>
                <w:sz w:val="18"/>
              </w:rPr>
              <w:t>手动回放历史日志</w:t>
            </w:r>
          </w:p>
        </w:tc>
        <w:tc>
          <w:tcPr>
            <w:tcW w:type="dxa" w:w="4986"/>
          </w:tcPr>
          <w:p>
            <w:pPr>
              <w:spacing w:before="40" w:after="40"/>
            </w:pPr>
            <w:r>
              <w:rPr>
                <w:rFonts w:ascii="Consolas" w:hAnsi="Consolas" w:eastAsia="微软雅黑"/>
                <w:b w:val="0"/>
                <w:sz w:val="18"/>
              </w:rPr>
              <w:t>sitestats replay -db /var/lib/sitestats/sitestats.db -detail -detail-dir /var/lib/sitestats -site 域名 /www/wwwlogs/域名.log</w:t>
            </w:r>
          </w:p>
        </w:tc>
      </w:tr>
      <w:tr>
        <w:tc>
          <w:tcPr>
            <w:tcW w:type="dxa" w:w="4986"/>
          </w:tcPr>
          <w:p>
            <w:pPr>
              <w:spacing w:before="40" w:after="40"/>
            </w:pPr>
            <w:r>
              <w:rPr>
                <w:rFonts w:ascii="微软雅黑" w:hAnsi="微软雅黑" w:eastAsia="微软雅黑"/>
                <w:b w:val="0"/>
                <w:sz w:val="18"/>
              </w:rPr>
              <w:t>升级</w:t>
            </w:r>
          </w:p>
        </w:tc>
        <w:tc>
          <w:tcPr>
            <w:tcW w:type="dxa" w:w="4986"/>
          </w:tcPr>
          <w:p>
            <w:pPr>
              <w:spacing w:before="40" w:after="40"/>
            </w:pPr>
            <w:r>
              <w:rPr>
                <w:rFonts w:ascii="微软雅黑" w:hAnsi="微软雅黑" w:eastAsia="微软雅黑"/>
                <w:b w:val="0"/>
                <w:sz w:val="18"/>
              </w:rPr>
              <w:t>重新执行一键安装命令即可（数据与密码保留）</w:t>
            </w:r>
          </w:p>
        </w:tc>
      </w:tr>
      <w:tr>
        <w:tc>
          <w:tcPr>
            <w:tcW w:type="dxa" w:w="4986"/>
          </w:tcPr>
          <w:p>
            <w:pPr>
              <w:spacing w:before="40" w:after="40"/>
            </w:pPr>
            <w:r>
              <w:rPr>
                <w:rFonts w:ascii="微软雅黑" w:hAnsi="微软雅黑" w:eastAsia="微软雅黑"/>
                <w:b w:val="0"/>
                <w:sz w:val="18"/>
              </w:rPr>
              <w:t>撤销日志注入</w:t>
            </w:r>
          </w:p>
        </w:tc>
        <w:tc>
          <w:tcPr>
            <w:tcW w:type="dxa" w:w="4986"/>
          </w:tcPr>
          <w:p>
            <w:pPr>
              <w:spacing w:before="40" w:after="40"/>
            </w:pPr>
            <w:r>
              <w:rPr>
                <w:rFonts w:ascii="Consolas" w:hAnsi="Consolas" w:eastAsia="微软雅黑"/>
                <w:b w:val="0"/>
                <w:sz w:val="18"/>
              </w:rPr>
              <w:t>sudo bash /usr/local/sitestats/inject-logs.sh --rollback</w:t>
            </w:r>
          </w:p>
        </w:tc>
      </w:tr>
      <w:tr>
        <w:tc>
          <w:tcPr>
            <w:tcW w:type="dxa" w:w="4986"/>
          </w:tcPr>
          <w:p>
            <w:pPr>
              <w:spacing w:before="40" w:after="40"/>
            </w:pPr>
            <w:r>
              <w:rPr>
                <w:rFonts w:ascii="微软雅黑" w:hAnsi="微软雅黑" w:eastAsia="微软雅黑"/>
                <w:b w:val="0"/>
                <w:sz w:val="18"/>
              </w:rPr>
              <w:t>卸载</w:t>
            </w:r>
          </w:p>
        </w:tc>
        <w:tc>
          <w:tcPr>
            <w:tcW w:type="dxa" w:w="4986"/>
          </w:tcPr>
          <w:p>
            <w:pPr>
              <w:spacing w:before="40" w:after="40"/>
            </w:pPr>
            <w:r>
              <w:rPr>
                <w:rFonts w:ascii="Consolas" w:hAnsi="Consolas" w:eastAsia="微软雅黑"/>
                <w:b w:val="0"/>
                <w:sz w:val="18"/>
              </w:rPr>
              <w:t>systemctl disable --now sitestats sitestats-web &amp;&amp; rm -rf /usr/local/sitestats /var/lib/sitestats &amp;&amp; sudo bash /usr/local/sitestats/inject-logs.sh --rollback</w:t>
            </w:r>
          </w:p>
        </w:tc>
      </w:tr>
    </w:tbl>
    <w:p/>
    <w:p>
      <w:r>
        <w:rPr>
          <w:rFonts w:ascii="微软雅黑" w:hAnsi="微软雅黑" w:eastAsia="微软雅黑"/>
          <w:b w:val="0"/>
          <w:color w:val="666E7D"/>
          <w:sz w:val="19"/>
        </w:rPr>
        <w:t xml:space="preserve">注意：回放/导入历史日志前建议先 </w:t>
      </w:r>
      <w:r>
        <w:rPr>
          <w:rFonts w:ascii="Consolas" w:hAnsi="Consolas" w:eastAsia="微软雅黑"/>
          <w:b w:val="0"/>
          <w:color w:val="666E7D"/>
          <w:sz w:val="19"/>
        </w:rPr>
        <w:t>systemctl stop sitestats</w:t>
      </w:r>
      <w:r>
        <w:rPr>
          <w:rFonts w:ascii="微软雅黑" w:hAnsi="微软雅黑" w:eastAsia="微软雅黑"/>
          <w:b w:val="0"/>
          <w:color w:val="666E7D"/>
          <w:sz w:val="19"/>
        </w:rPr>
        <w:t>，导完再启动，避免与实时采集交叉。</w:t>
      </w:r>
    </w:p>
    <w:p/>
    <w:p>
      <w:pPr>
        <w:pStyle w:val="Heading2"/>
        <w:spacing w:before="200" w:after="100"/>
      </w:pPr>
      <w:r>
        <w:rPr>
          <w:rFonts w:ascii="微软雅黑" w:hAnsi="微软雅黑" w:eastAsia="微软雅黑"/>
          <w:b/>
          <w:sz w:val="28"/>
        </w:rPr>
        <w:t>六、常见问题</w:t>
      </w:r>
    </w:p>
    <w:p>
      <w:r>
        <w:rPr>
          <w:rFonts w:ascii="微软雅黑" w:hAnsi="微软雅黑" w:eastAsia="微软雅黑"/>
          <w:b/>
        </w:rPr>
        <w:t>1. 安装脚本报「下载失败」</w:t>
      </w:r>
    </w:p>
    <w:p>
      <w:r>
        <w:rPr>
          <w:rFonts w:ascii="微软雅黑" w:hAnsi="微软雅黑" w:eastAsia="微软雅黑"/>
          <w:b w:val="0"/>
        </w:rPr>
        <w:t xml:space="preserve">先测 </w:t>
      </w:r>
      <w:r>
        <w:rPr>
          <w:rFonts w:ascii="Consolas" w:hAnsi="Consolas" w:eastAsia="微软雅黑"/>
          <w:b w:val="0"/>
        </w:rPr>
        <w:t>curl -I https://download.gzmowo.cn/sitestats/sitestats-linux-amd64</w:t>
      </w:r>
      <w:r>
        <w:rPr>
          <w:rFonts w:ascii="微软雅黑" w:hAnsi="微软雅黑" w:eastAsia="微软雅黑"/>
          <w:b w:val="0"/>
        </w:rPr>
        <w:t xml:space="preserve">；若服务器不能上外网，改用离线包（方式 B），或用 </w:t>
      </w:r>
      <w:r>
        <w:rPr>
          <w:rFonts w:ascii="Consolas" w:hAnsi="Consolas" w:eastAsia="微软雅黑"/>
          <w:b w:val="0"/>
        </w:rPr>
        <w:t>SITESTATS_URL</w:t>
      </w:r>
      <w:r>
        <w:rPr>
          <w:rFonts w:ascii="微软雅黑" w:hAnsi="微软雅黑" w:eastAsia="微软雅黑"/>
          <w:b w:val="0"/>
        </w:rPr>
        <w:t xml:space="preserve"> 指向内网镜像。</w:t>
      </w:r>
    </w:p>
    <w:p>
      <w:r>
        <w:rPr>
          <w:rFonts w:ascii="微软雅黑" w:hAnsi="微软雅黑" w:eastAsia="微软雅黑"/>
          <w:b/>
        </w:rPr>
        <w:t>2. 注入失败 / nginx 配置报错</w:t>
      </w:r>
    </w:p>
    <w:p>
      <w:r>
        <w:rPr>
          <w:rFonts w:ascii="微软雅黑" w:hAnsi="微软雅黑" w:eastAsia="微软雅黑"/>
          <w:b w:val="0"/>
        </w:rPr>
        <w:t>脚本自带保护：</w:t>
      </w:r>
      <w:r>
        <w:rPr>
          <w:rFonts w:ascii="Consolas" w:hAnsi="Consolas" w:eastAsia="微软雅黑"/>
          <w:b w:val="0"/>
        </w:rPr>
        <w:t>nginx -t</w:t>
      </w:r>
      <w:r>
        <w:rPr>
          <w:rFonts w:ascii="微软雅黑" w:hAnsi="微软雅黑" w:eastAsia="微软雅黑"/>
          <w:b w:val="0"/>
        </w:rPr>
        <w:t xml:space="preserve"> 不通过会自动删除本次写入并回滚，站点主配置不会被改。常见原因是老版本宝塔站点配置里没有 </w:t>
      </w:r>
      <w:r>
        <w:rPr>
          <w:rFonts w:ascii="Consolas" w:hAnsi="Consolas" w:eastAsia="微软雅黑"/>
          <w:b w:val="0"/>
        </w:rPr>
        <w:t>extension</w:t>
      </w:r>
      <w:r>
        <w:rPr>
          <w:rFonts w:ascii="微软雅黑" w:hAnsi="微软雅黑" w:eastAsia="微软雅黑"/>
          <w:b w:val="0"/>
        </w:rPr>
        <w:t xml:space="preserve"> include（脚本会提示"跳过"），或者域名过长（已在 v0.1.0-m3 修复 tag 长度问题）。执行 </w:t>
      </w:r>
      <w:r>
        <w:rPr>
          <w:rFonts w:ascii="Consolas" w:hAnsi="Consolas" w:eastAsia="微软雅黑"/>
          <w:b w:val="0"/>
        </w:rPr>
        <w:t>bash /usr/local/sitestats/inject-logs.sh --discover</w:t>
      </w:r>
      <w:r>
        <w:rPr>
          <w:rFonts w:ascii="微软雅黑" w:hAnsi="微软雅黑" w:eastAsia="微软雅黑"/>
          <w:b w:val="0"/>
        </w:rPr>
        <w:t xml:space="preserve"> 查看每个站点的接入状态。</w:t>
      </w:r>
    </w:p>
    <w:p>
      <w:r>
        <w:rPr>
          <w:rFonts w:ascii="微软雅黑" w:hAnsi="微软雅黑" w:eastAsia="微软雅黑"/>
          <w:b/>
        </w:rPr>
        <w:t>3. 界面上只有部分站点</w:t>
      </w:r>
    </w:p>
    <w:p>
      <w:r>
        <w:rPr>
          <w:rFonts w:ascii="微软雅黑" w:hAnsi="微软雅黑" w:eastAsia="微软雅黑"/>
          <w:b w:val="0"/>
        </w:rPr>
        <w:t>接口是「发现全量站点」，但</w:t>
      </w:r>
      <w:r>
        <w:rPr>
          <w:rFonts w:ascii="微软雅黑" w:hAnsi="微软雅黑" w:eastAsia="微软雅黑"/>
          <w:b/>
        </w:rPr>
        <w:t>只有执行过注入的站点才有日志进来</w:t>
      </w:r>
      <w:r>
        <w:rPr>
          <w:rFonts w:ascii="微软雅黑" w:hAnsi="微软雅黑" w:eastAsia="微软雅黑"/>
          <w:b w:val="0"/>
        </w:rPr>
        <w:t xml:space="preserve">。新装站点后跑一次 </w:t>
      </w:r>
      <w:r>
        <w:rPr>
          <w:rFonts w:ascii="Consolas" w:hAnsi="Consolas" w:eastAsia="微软雅黑"/>
          <w:b w:val="0"/>
        </w:rPr>
        <w:t>--inject-all</w:t>
      </w:r>
      <w:r>
        <w:rPr>
          <w:rFonts w:ascii="微软雅黑" w:hAnsi="微软雅黑" w:eastAsia="微软雅黑"/>
          <w:b w:val="0"/>
        </w:rPr>
        <w:t xml:space="preserve">（或用 </w:t>
      </w:r>
      <w:r>
        <w:rPr>
          <w:rFonts w:ascii="Consolas" w:hAnsi="Consolas" w:eastAsia="微软雅黑"/>
          <w:b w:val="0"/>
        </w:rPr>
        <w:t>--inject 新域名</w:t>
      </w:r>
      <w:r>
        <w:rPr>
          <w:rFonts w:ascii="微软雅黑" w:hAnsi="微软雅黑" w:eastAsia="微软雅黑"/>
          <w:b w:val="0"/>
        </w:rPr>
        <w:t>）即可。</w:t>
      </w:r>
    </w:p>
    <w:p>
      <w:r>
        <w:rPr>
          <w:rFonts w:ascii="微软雅黑" w:hAnsi="微软雅黑" w:eastAsia="微软雅黑"/>
          <w:b/>
        </w:rPr>
        <w:t>4. 和宝塔「网站监控报表」插件冲突吗？</w:t>
      </w:r>
    </w:p>
    <w:p>
      <w:r>
        <w:rPr>
          <w:rFonts w:ascii="微软雅黑" w:hAnsi="微软雅黑" w:eastAsia="微软雅黑"/>
          <w:b w:val="0"/>
        </w:rPr>
        <w:t>两者都从 nginx 取日志，可以并存（我们的注入只加自己的 include）。但两个采集器会各自占一点内存/CPU，建议同一台机器只留一个。</w:t>
      </w:r>
    </w:p>
    <w:p>
      <w:r>
        <w:rPr>
          <w:rFonts w:ascii="微软雅黑" w:hAnsi="微软雅黑" w:eastAsia="微软雅黑"/>
          <w:b/>
        </w:rPr>
        <w:t>5. 内存/磁盘占用</w:t>
      </w:r>
    </w:p>
    <w:p>
      <w:r>
        <w:rPr>
          <w:rFonts w:ascii="微软雅黑" w:hAnsi="微软雅黑" w:eastAsia="微软雅黑"/>
          <w:b w:val="0"/>
        </w:rPr>
        <w:t>采集器常驻 50~90MB（默认内存上限 256MB，超限自动降级刷盘）；明细约 70 字节/请求（100 万请求 ≈ 70MB），默认明细保留 5GB / 天指标 30 天，可在设置里调整。</w:t>
      </w:r>
    </w:p>
    <w:p>
      <w:r>
        <w:rPr>
          <w:rFonts w:ascii="微软雅黑" w:hAnsi="微软雅黑" w:eastAsia="微软雅黑"/>
          <w:b/>
        </w:rPr>
        <w:t>6. 数据会不会丢</w:t>
      </w:r>
    </w:p>
    <w:p>
      <w:r>
        <w:rPr>
          <w:rFonts w:ascii="微软雅黑" w:hAnsi="微软雅黑" w:eastAsia="微软雅黑"/>
          <w:b w:val="0"/>
        </w:rPr>
        <w:t>天级汇总在进程重启后会自动接上（启动时先读库再累加），登录会话也持久化在库里，重启不掉线。</w:t>
      </w:r>
    </w:p>
    <w:p/>
    <w:p>
      <w:pPr>
        <w:pStyle w:val="Heading2"/>
        <w:spacing w:before="200" w:after="100"/>
      </w:pPr>
      <w:r>
        <w:rPr>
          <w:rFonts w:ascii="微软雅黑" w:hAnsi="微软雅黑" w:eastAsia="微软雅黑"/>
          <w:b/>
          <w:sz w:val="28"/>
        </w:rPr>
        <w:t>七、验收自检（装完建议跑一遍）</w:t>
      </w:r>
    </w:p>
    <w:p>
      <w:pPr>
        <w:ind w:left="340"/>
      </w:pPr>
      <w:r>
        <w:rPr>
          <w:rFonts w:ascii="Consolas" w:hAnsi="Consolas"/>
          <w:color w:val="333333"/>
          <w:sz w:val="18"/>
        </w:rPr>
        <w:t># 1) 服务都在跑</w:t>
        <w:br/>
        <w:t>systemctl is-active sitestats sitestats-web</w:t>
        <w:br/>
        <w:br/>
        <w:t># 2) 采集器在监听（socket 方式）</w:t>
        <w:br/>
        <w:t>ls -l /tmp/sitestats.sock</w:t>
        <w:br/>
        <w:br/>
        <w:t># 3) 造几条访问，看是否入库（把域名换成你的）</w:t>
        <w:br/>
        <w:t>for i in 1 2 3; do curl -s -o /dev/null -H "Host: 你的域名.com" http://127.0.0.1/; done</w:t>
        <w:br/>
        <w:t>sleep 8</w:t>
        <w:br/>
        <w:t>sqlite3 /var/lib/sitestats/sitestats.db "select date,site_id,request,pv from metric_day order by date desc limit 3;"</w:t>
        <w:br/>
        <w:br/>
        <w:t># 4) 口径自检：天指标 = 维度合计 = 明细行数</w:t>
        <w:br/>
        <w:t>sqlite3 /var/lib/sitestats/sitestats.db "select</w:t>
        <w:br/>
        <w:t xml:space="preserve"> (select sum(request) from metric_day where date=(select max(date) from metric_day)) as 天请求,</w:t>
        <w:br/>
        <w:t xml:space="preserve"> (select sum(request) from dim_uri   where date=(select max(date) from metric_day)) as 维度请求;"</w:t>
      </w:r>
    </w:p>
    <w:p/>
    <w:p>
      <w:pPr>
        <w:pStyle w:val="Heading2"/>
        <w:spacing w:before="200" w:after="100"/>
      </w:pPr>
      <w:r>
        <w:rPr>
          <w:rFonts w:ascii="微软雅黑" w:hAnsi="微软雅黑" w:eastAsia="微软雅黑"/>
          <w:b/>
          <w:sz w:val="28"/>
        </w:rPr>
        <w:t>八、安全与合规说明</w:t>
      </w:r>
    </w:p>
    <w:p>
      <w:pPr>
        <w:pStyle w:val="ListBullet"/>
        <w:spacing w:after="40"/>
      </w:pPr>
      <w:r>
        <w:rPr>
          <w:rFonts w:ascii="微软雅黑" w:hAnsi="微软雅黑" w:eastAsia="微软雅黑"/>
          <w:b w:val="0"/>
          <w:sz w:val="21"/>
        </w:rPr>
        <w:t xml:space="preserve">界面默认只监听 </w:t>
      </w:r>
      <w:r>
        <w:rPr>
          <w:rFonts w:ascii="Consolas" w:hAnsi="Consolas" w:eastAsia="微软雅黑"/>
          <w:b w:val="0"/>
          <w:sz w:val="21"/>
        </w:rPr>
        <w:t>127.0.0.1</w:t>
      </w:r>
      <w:r>
        <w:rPr>
          <w:rFonts w:ascii="微软雅黑" w:hAnsi="微软雅黑" w:eastAsia="微软雅黑"/>
          <w:b w:val="0"/>
          <w:sz w:val="21"/>
        </w:rPr>
        <w:t>，不直接暴露公网；对外请走反向代理 + HTTPS；</w:t>
      </w:r>
    </w:p>
    <w:p>
      <w:pPr>
        <w:pStyle w:val="ListBullet"/>
        <w:spacing w:after="40"/>
      </w:pPr>
      <w:r>
        <w:rPr>
          <w:rFonts w:ascii="微软雅黑" w:hAnsi="微软雅黑" w:eastAsia="微软雅黑"/>
          <w:b w:val="0"/>
          <w:sz w:val="21"/>
        </w:rPr>
        <w:t>访问密码加盐哈希存储，会话 30 天有效并持久化；退出即失效；</w:t>
      </w:r>
    </w:p>
    <w:p>
      <w:pPr>
        <w:pStyle w:val="ListBullet"/>
        <w:spacing w:after="40"/>
      </w:pPr>
      <w:r>
        <w:rPr>
          <w:rFonts w:ascii="微软雅黑" w:hAnsi="微软雅黑" w:eastAsia="微软雅黑"/>
          <w:b w:val="0"/>
          <w:sz w:val="21"/>
        </w:rPr>
        <w:t>不修改站点主配置、不抓取请求体、不记录敏感头（可配置）；</w:t>
      </w:r>
    </w:p>
    <w:p>
      <w:pPr>
        <w:pStyle w:val="ListBullet"/>
        <w:spacing w:after="40"/>
      </w:pPr>
      <w:r>
        <w:rPr>
          <w:rFonts w:ascii="微软雅黑" w:hAnsi="微软雅黑" w:eastAsia="微软雅黑"/>
          <w:b w:val="0"/>
          <w:sz w:val="21"/>
        </w:rPr>
        <w:t>项目许可证 MIT，可自由使用与二次开发；不与宝塔插件共享代码，只参考其统计口径。</w:t>
      </w:r>
    </w:p>
    <w:sectPr w:rsidR="00FC693F" w:rsidRPr="0006063C" w:rsidSect="00034616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微软雅黑" w:hAnsi="微软雅黑" w:eastAsia="微软雅黑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